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5FC4" w:rsidRPr="007B18F5" w:rsidRDefault="007B18F5">
      <w:pPr>
        <w:jc w:val="right"/>
        <w:rPr>
          <w:i/>
          <w:sz w:val="16"/>
          <w:szCs w:val="16"/>
          <w:lang w:val="it-IT"/>
        </w:rPr>
      </w:pPr>
      <w:r w:rsidRPr="007B18F5">
        <w:rPr>
          <w:i/>
          <w:sz w:val="16"/>
          <w:szCs w:val="16"/>
          <w:lang w:val="it-IT"/>
        </w:rPr>
        <w:t>ALLEGATO 1 – rif.to bollo vedi punto 9 della domanda</w:t>
      </w:r>
    </w:p>
    <w:p w:rsidR="00753E99" w:rsidRPr="00125D96" w:rsidRDefault="00753E99" w:rsidP="00753E99">
      <w:pPr>
        <w:spacing w:after="0"/>
        <w:jc w:val="center"/>
        <w:rPr>
          <w:rFonts w:asciiTheme="majorHAnsi" w:hAnsiTheme="majorHAnsi" w:cstheme="majorHAnsi"/>
          <w:b/>
          <w:bCs/>
        </w:rPr>
      </w:pPr>
      <w:r w:rsidRPr="00125D96">
        <w:rPr>
          <w:rFonts w:asciiTheme="majorHAnsi" w:hAnsiTheme="majorHAnsi" w:cstheme="majorHAnsi"/>
          <w:noProof/>
          <w:sz w:val="18"/>
          <w:lang w:val="it-IT" w:eastAsia="it-IT"/>
        </w:rPr>
        <w:drawing>
          <wp:inline distT="0" distB="0" distL="0" distR="0" wp14:anchorId="57A77725" wp14:editId="4E92AE11">
            <wp:extent cx="716280" cy="868680"/>
            <wp:effectExtent l="0" t="0" r="7620" b="762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6280" cy="868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3E99" w:rsidRPr="00125D96" w:rsidRDefault="00753E99" w:rsidP="00753E99">
      <w:pPr>
        <w:spacing w:after="0"/>
        <w:jc w:val="center"/>
        <w:rPr>
          <w:rFonts w:asciiTheme="majorHAnsi" w:hAnsiTheme="majorHAnsi" w:cstheme="majorHAnsi"/>
          <w:b/>
          <w:bCs/>
          <w:lang w:val="it-IT"/>
        </w:rPr>
      </w:pPr>
      <w:r w:rsidRPr="00125D96">
        <w:rPr>
          <w:rFonts w:asciiTheme="majorHAnsi" w:hAnsiTheme="majorHAnsi" w:cstheme="majorHAnsi"/>
          <w:b/>
          <w:bCs/>
          <w:lang w:val="it-IT"/>
        </w:rPr>
        <w:t>COMUNE DI CASTEL SAN PIETRO TERME</w:t>
      </w:r>
    </w:p>
    <w:p w:rsidR="00753E99" w:rsidRPr="00125D96" w:rsidRDefault="00753E99" w:rsidP="00753E99">
      <w:pPr>
        <w:spacing w:after="0"/>
        <w:jc w:val="center"/>
        <w:rPr>
          <w:rFonts w:asciiTheme="majorHAnsi" w:hAnsiTheme="majorHAnsi" w:cstheme="majorHAnsi"/>
          <w:b/>
          <w:bCs/>
          <w:lang w:val="it-IT"/>
        </w:rPr>
      </w:pPr>
      <w:r w:rsidRPr="00125D96">
        <w:rPr>
          <w:rFonts w:asciiTheme="majorHAnsi" w:hAnsiTheme="majorHAnsi" w:cstheme="majorHAnsi"/>
          <w:b/>
          <w:bCs/>
          <w:lang w:val="it-IT"/>
        </w:rPr>
        <w:t>CITTA’ METROPOLITANA DI BOLOGNA</w:t>
      </w:r>
    </w:p>
    <w:p w:rsidR="00753E99" w:rsidRPr="00125D96" w:rsidRDefault="00753E99" w:rsidP="00753E99">
      <w:pPr>
        <w:spacing w:after="0"/>
        <w:jc w:val="center"/>
        <w:rPr>
          <w:rFonts w:asciiTheme="majorHAnsi" w:hAnsiTheme="majorHAnsi" w:cstheme="majorHAnsi"/>
          <w:b/>
          <w:bCs/>
          <w:lang w:val="it-IT"/>
        </w:rPr>
      </w:pPr>
    </w:p>
    <w:p w:rsidR="00F95FC4" w:rsidRPr="00753E99" w:rsidRDefault="007B18F5">
      <w:pPr>
        <w:jc w:val="center"/>
        <w:rPr>
          <w:lang w:val="it-IT"/>
        </w:rPr>
      </w:pPr>
      <w:r w:rsidRPr="00753E99">
        <w:rPr>
          <w:sz w:val="18"/>
          <w:lang w:val="it-IT"/>
        </w:rPr>
        <w:t>AREA SERVIZI AMMINISTRATIVI – SERVIZIO PROMOZIONE DEL TERRITORIO / SUAP</w:t>
      </w:r>
    </w:p>
    <w:p w:rsidR="00F95FC4" w:rsidRPr="00753E99" w:rsidRDefault="007B18F5">
      <w:pPr>
        <w:jc w:val="center"/>
        <w:rPr>
          <w:lang w:val="it-IT"/>
        </w:rPr>
      </w:pPr>
      <w:r w:rsidRPr="00753E99">
        <w:rPr>
          <w:b/>
          <w:sz w:val="24"/>
          <w:lang w:val="it-IT"/>
        </w:rPr>
        <w:t>DOMANDA DI CONCESSIONE DI CONTRIBUTI ALLE IMPRESE – ANNO 2026</w:t>
      </w:r>
    </w:p>
    <w:p w:rsidR="00F95FC4" w:rsidRPr="00753E99" w:rsidRDefault="007B18F5">
      <w:pPr>
        <w:jc w:val="center"/>
        <w:rPr>
          <w:lang w:val="it-IT"/>
        </w:rPr>
      </w:pPr>
      <w:r w:rsidRPr="00753E99">
        <w:rPr>
          <w:i/>
          <w:sz w:val="18"/>
          <w:lang w:val="it-IT"/>
        </w:rPr>
        <w:t>Avviso pubblico per micro e piccole imprese del commercio di vicinato, della somministrazione di alimenti e bevande e dell’artigianato di servizio alla persona</w:t>
      </w:r>
    </w:p>
    <w:p w:rsidR="00753E99" w:rsidRDefault="00753E99">
      <w:pPr>
        <w:pStyle w:val="Titolo1"/>
        <w:rPr>
          <w:lang w:val="it-IT"/>
        </w:rPr>
      </w:pPr>
    </w:p>
    <w:p w:rsidR="00F95FC4" w:rsidRPr="00753E99" w:rsidRDefault="007B18F5">
      <w:pPr>
        <w:pStyle w:val="Titolo1"/>
        <w:rPr>
          <w:lang w:val="it-IT"/>
        </w:rPr>
      </w:pPr>
      <w:r w:rsidRPr="00753E99">
        <w:rPr>
          <w:lang w:val="it-IT"/>
        </w:rPr>
        <w:t>1. Dati del richiedente</w:t>
      </w:r>
    </w:p>
    <w:p w:rsidR="00F95FC4" w:rsidRPr="00753E99" w:rsidRDefault="007B18F5">
      <w:pPr>
        <w:rPr>
          <w:lang w:val="it-IT"/>
        </w:rPr>
      </w:pPr>
      <w:r w:rsidRPr="00753E99">
        <w:rPr>
          <w:b/>
          <w:lang w:val="it-IT"/>
        </w:rPr>
        <w:t>Il/La sottoscritto/a:</w:t>
      </w:r>
      <w:r w:rsidRPr="00753E99">
        <w:rPr>
          <w:lang w:val="it-IT"/>
        </w:rPr>
        <w:t xml:space="preserve"> ________________________________________________________________________________</w:t>
      </w:r>
    </w:p>
    <w:p w:rsidR="00F95FC4" w:rsidRPr="00753E99" w:rsidRDefault="007B18F5">
      <w:pPr>
        <w:rPr>
          <w:lang w:val="it-IT"/>
        </w:rPr>
      </w:pPr>
      <w:r w:rsidRPr="00753E99">
        <w:rPr>
          <w:b/>
          <w:lang w:val="it-IT"/>
        </w:rPr>
        <w:t>Nato/a a:</w:t>
      </w:r>
      <w:r w:rsidRPr="00753E99">
        <w:rPr>
          <w:lang w:val="it-IT"/>
        </w:rPr>
        <w:t xml:space="preserve"> ________________________________________________________________________________</w:t>
      </w:r>
    </w:p>
    <w:p w:rsidR="00F95FC4" w:rsidRPr="00753E99" w:rsidRDefault="007B18F5">
      <w:pPr>
        <w:rPr>
          <w:lang w:val="it-IT"/>
        </w:rPr>
      </w:pPr>
      <w:r w:rsidRPr="00753E99">
        <w:rPr>
          <w:b/>
          <w:lang w:val="it-IT"/>
        </w:rPr>
        <w:t>il:</w:t>
      </w:r>
      <w:r w:rsidRPr="00753E99">
        <w:rPr>
          <w:lang w:val="it-IT"/>
        </w:rPr>
        <w:t xml:space="preserve"> ________________________________________________________________________________</w:t>
      </w:r>
    </w:p>
    <w:p w:rsidR="00F95FC4" w:rsidRPr="00753E99" w:rsidRDefault="007B18F5">
      <w:pPr>
        <w:rPr>
          <w:lang w:val="it-IT"/>
        </w:rPr>
      </w:pPr>
      <w:r w:rsidRPr="00753E99">
        <w:rPr>
          <w:b/>
          <w:lang w:val="it-IT"/>
        </w:rPr>
        <w:t>Residente a:</w:t>
      </w:r>
      <w:r w:rsidRPr="00753E99">
        <w:rPr>
          <w:lang w:val="it-IT"/>
        </w:rPr>
        <w:t xml:space="preserve"> ________________________________________________________________________________</w:t>
      </w:r>
    </w:p>
    <w:p w:rsidR="00F95FC4" w:rsidRPr="00753E99" w:rsidRDefault="007B18F5">
      <w:pPr>
        <w:rPr>
          <w:lang w:val="it-IT"/>
        </w:rPr>
      </w:pPr>
      <w:r w:rsidRPr="00753E99">
        <w:rPr>
          <w:b/>
          <w:lang w:val="it-IT"/>
        </w:rPr>
        <w:t>CAP:</w:t>
      </w:r>
      <w:r w:rsidRPr="00753E99">
        <w:rPr>
          <w:lang w:val="it-IT"/>
        </w:rPr>
        <w:t xml:space="preserve"> ________________________________________________________________________________</w:t>
      </w:r>
    </w:p>
    <w:p w:rsidR="00F95FC4" w:rsidRPr="00753E99" w:rsidRDefault="007B18F5">
      <w:pPr>
        <w:rPr>
          <w:lang w:val="it-IT"/>
        </w:rPr>
      </w:pPr>
      <w:r w:rsidRPr="00753E99">
        <w:rPr>
          <w:b/>
          <w:lang w:val="it-IT"/>
        </w:rPr>
        <w:t>Via/Piazza e n.:</w:t>
      </w:r>
      <w:r w:rsidRPr="00753E99">
        <w:rPr>
          <w:lang w:val="it-IT"/>
        </w:rPr>
        <w:t xml:space="preserve"> ________________________________________________________________________________</w:t>
      </w:r>
    </w:p>
    <w:p w:rsidR="00F95FC4" w:rsidRPr="00753E99" w:rsidRDefault="007B18F5">
      <w:pPr>
        <w:rPr>
          <w:lang w:val="it-IT"/>
        </w:rPr>
      </w:pPr>
      <w:r w:rsidRPr="00753E99">
        <w:rPr>
          <w:b/>
          <w:lang w:val="it-IT"/>
        </w:rPr>
        <w:t>Telefono/Cellulare:</w:t>
      </w:r>
      <w:r w:rsidRPr="00753E99">
        <w:rPr>
          <w:lang w:val="it-IT"/>
        </w:rPr>
        <w:t xml:space="preserve"> ________________________________________________________________________________</w:t>
      </w:r>
    </w:p>
    <w:p w:rsidR="00F95FC4" w:rsidRPr="00753E99" w:rsidRDefault="007B18F5">
      <w:pPr>
        <w:rPr>
          <w:lang w:val="it-IT"/>
        </w:rPr>
      </w:pPr>
      <w:r w:rsidRPr="00753E99">
        <w:rPr>
          <w:b/>
          <w:lang w:val="it-IT"/>
        </w:rPr>
        <w:t>E-mail:</w:t>
      </w:r>
      <w:r w:rsidRPr="00753E99">
        <w:rPr>
          <w:lang w:val="it-IT"/>
        </w:rPr>
        <w:t xml:space="preserve"> ________________________________________________________________________________</w:t>
      </w:r>
    </w:p>
    <w:p w:rsidR="00F95FC4" w:rsidRPr="00753E99" w:rsidRDefault="007B18F5">
      <w:pPr>
        <w:rPr>
          <w:lang w:val="it-IT"/>
        </w:rPr>
      </w:pPr>
      <w:r w:rsidRPr="00753E99">
        <w:rPr>
          <w:b/>
          <w:lang w:val="it-IT"/>
        </w:rPr>
        <w:t>PEC:</w:t>
      </w:r>
      <w:r w:rsidRPr="00753E99">
        <w:rPr>
          <w:lang w:val="it-IT"/>
        </w:rPr>
        <w:t xml:space="preserve"> ________________________________________________________________________________</w:t>
      </w:r>
    </w:p>
    <w:p w:rsidR="00F95FC4" w:rsidRPr="00753E99" w:rsidRDefault="007B18F5">
      <w:pPr>
        <w:rPr>
          <w:lang w:val="it-IT"/>
        </w:rPr>
      </w:pPr>
      <w:r w:rsidRPr="00753E99">
        <w:rPr>
          <w:lang w:val="it-IT"/>
        </w:rPr>
        <w:t>in qualità di:</w:t>
      </w:r>
    </w:p>
    <w:p w:rsidR="00F95FC4" w:rsidRPr="00753E99" w:rsidRDefault="007B18F5">
      <w:pPr>
        <w:rPr>
          <w:lang w:val="it-IT"/>
        </w:rPr>
      </w:pPr>
      <w:r w:rsidRPr="00753E99">
        <w:rPr>
          <w:b/>
          <w:lang w:val="it-IT"/>
        </w:rPr>
        <w:t xml:space="preserve">☐ </w:t>
      </w:r>
      <w:r w:rsidRPr="00753E99">
        <w:rPr>
          <w:lang w:val="it-IT"/>
        </w:rPr>
        <w:t>titolare dell’impresa individuale</w:t>
      </w:r>
    </w:p>
    <w:p w:rsidR="00F95FC4" w:rsidRPr="00753E99" w:rsidRDefault="007B18F5">
      <w:pPr>
        <w:rPr>
          <w:lang w:val="it-IT"/>
        </w:rPr>
      </w:pPr>
      <w:r w:rsidRPr="00753E99">
        <w:rPr>
          <w:b/>
          <w:lang w:val="it-IT"/>
        </w:rPr>
        <w:t xml:space="preserve">☐ </w:t>
      </w:r>
      <w:r w:rsidRPr="00753E99">
        <w:rPr>
          <w:lang w:val="it-IT"/>
        </w:rPr>
        <w:t>legale rappresentante della società</w:t>
      </w:r>
    </w:p>
    <w:p w:rsidR="00F95FC4" w:rsidRPr="00753E99" w:rsidRDefault="007B18F5">
      <w:pPr>
        <w:rPr>
          <w:lang w:val="it-IT"/>
        </w:rPr>
      </w:pPr>
      <w:r w:rsidRPr="00753E99">
        <w:rPr>
          <w:b/>
          <w:lang w:val="it-IT"/>
        </w:rPr>
        <w:t xml:space="preserve">☐ </w:t>
      </w:r>
      <w:r w:rsidRPr="00753E99">
        <w:rPr>
          <w:lang w:val="it-IT"/>
        </w:rPr>
        <w:t>altro (specificare): ______________________________________________</w:t>
      </w:r>
    </w:p>
    <w:p w:rsidR="00753E99" w:rsidRDefault="00753E99">
      <w:pPr>
        <w:pStyle w:val="Titolo1"/>
        <w:rPr>
          <w:lang w:val="it-IT"/>
        </w:rPr>
      </w:pPr>
    </w:p>
    <w:p w:rsidR="00F95FC4" w:rsidRPr="00753E99" w:rsidRDefault="007B18F5">
      <w:pPr>
        <w:pStyle w:val="Titolo1"/>
        <w:rPr>
          <w:lang w:val="it-IT"/>
        </w:rPr>
      </w:pPr>
      <w:r w:rsidRPr="00753E99">
        <w:rPr>
          <w:lang w:val="it-IT"/>
        </w:rPr>
        <w:t>2. Dati dell’impresa</w:t>
      </w:r>
    </w:p>
    <w:p w:rsidR="00F95FC4" w:rsidRPr="00753E99" w:rsidRDefault="007B18F5">
      <w:pPr>
        <w:rPr>
          <w:lang w:val="it-IT"/>
        </w:rPr>
      </w:pPr>
      <w:r w:rsidRPr="00753E99">
        <w:rPr>
          <w:b/>
          <w:lang w:val="it-IT"/>
        </w:rPr>
        <w:t>Denominazione / Ragione sociale:</w:t>
      </w:r>
      <w:r w:rsidRPr="00753E99">
        <w:rPr>
          <w:lang w:val="it-IT"/>
        </w:rPr>
        <w:t xml:space="preserve"> ________________________________________________________________________________</w:t>
      </w:r>
    </w:p>
    <w:p w:rsidR="00F95FC4" w:rsidRPr="00753E99" w:rsidRDefault="007B18F5">
      <w:pPr>
        <w:rPr>
          <w:lang w:val="it-IT"/>
        </w:rPr>
      </w:pPr>
      <w:r w:rsidRPr="00753E99">
        <w:rPr>
          <w:b/>
          <w:lang w:val="it-IT"/>
        </w:rPr>
        <w:t>Sede legale:</w:t>
      </w:r>
      <w:r w:rsidRPr="00753E99">
        <w:rPr>
          <w:lang w:val="it-IT"/>
        </w:rPr>
        <w:t xml:space="preserve"> ________________________________________________________________________________</w:t>
      </w:r>
    </w:p>
    <w:p w:rsidR="00F95FC4" w:rsidRPr="00753E99" w:rsidRDefault="007B18F5">
      <w:pPr>
        <w:rPr>
          <w:lang w:val="it-IT"/>
        </w:rPr>
      </w:pPr>
      <w:r w:rsidRPr="00753E99">
        <w:rPr>
          <w:b/>
          <w:lang w:val="it-IT"/>
        </w:rPr>
        <w:t>Codice fiscale:</w:t>
      </w:r>
      <w:r w:rsidRPr="00753E99">
        <w:rPr>
          <w:lang w:val="it-IT"/>
        </w:rPr>
        <w:t xml:space="preserve"> ________________________________________________________________________________</w:t>
      </w:r>
    </w:p>
    <w:p w:rsidR="00F95FC4" w:rsidRPr="00753E99" w:rsidRDefault="007B18F5">
      <w:pPr>
        <w:rPr>
          <w:lang w:val="it-IT"/>
        </w:rPr>
      </w:pPr>
      <w:r w:rsidRPr="00753E99">
        <w:rPr>
          <w:b/>
          <w:lang w:val="it-IT"/>
        </w:rPr>
        <w:t>Partita IVA:</w:t>
      </w:r>
      <w:r w:rsidRPr="00753E99">
        <w:rPr>
          <w:lang w:val="it-IT"/>
        </w:rPr>
        <w:t xml:space="preserve"> ________________________________________________________________________________</w:t>
      </w:r>
    </w:p>
    <w:p w:rsidR="00F95FC4" w:rsidRPr="00753E99" w:rsidRDefault="007B18F5">
      <w:pPr>
        <w:rPr>
          <w:lang w:val="it-IT"/>
        </w:rPr>
      </w:pPr>
      <w:r w:rsidRPr="00753E99">
        <w:rPr>
          <w:b/>
          <w:lang w:val="it-IT"/>
        </w:rPr>
        <w:t>C.C.I.A.A. di:</w:t>
      </w:r>
      <w:r w:rsidRPr="00753E99">
        <w:rPr>
          <w:lang w:val="it-IT"/>
        </w:rPr>
        <w:t xml:space="preserve"> ________________________________________________________________________________</w:t>
      </w:r>
    </w:p>
    <w:p w:rsidR="00F95FC4" w:rsidRPr="00753E99" w:rsidRDefault="007B18F5">
      <w:pPr>
        <w:rPr>
          <w:lang w:val="it-IT"/>
        </w:rPr>
      </w:pPr>
      <w:r w:rsidRPr="00753E99">
        <w:rPr>
          <w:b/>
          <w:lang w:val="it-IT"/>
        </w:rPr>
        <w:t>N. REA:</w:t>
      </w:r>
      <w:r w:rsidRPr="00753E99">
        <w:rPr>
          <w:lang w:val="it-IT"/>
        </w:rPr>
        <w:t xml:space="preserve"> ________________________________________________________________________________</w:t>
      </w:r>
    </w:p>
    <w:p w:rsidR="00F95FC4" w:rsidRPr="00753E99" w:rsidRDefault="007B18F5">
      <w:pPr>
        <w:rPr>
          <w:lang w:val="it-IT"/>
        </w:rPr>
      </w:pPr>
      <w:r w:rsidRPr="00753E99">
        <w:rPr>
          <w:b/>
          <w:lang w:val="it-IT"/>
        </w:rPr>
        <w:t>Codice ATECO prevalente:</w:t>
      </w:r>
      <w:r w:rsidRPr="00753E99">
        <w:rPr>
          <w:lang w:val="it-IT"/>
        </w:rPr>
        <w:t xml:space="preserve"> ________________________________________________________________________________</w:t>
      </w:r>
    </w:p>
    <w:p w:rsidR="00F95FC4" w:rsidRPr="00753E99" w:rsidRDefault="007B18F5">
      <w:pPr>
        <w:rPr>
          <w:lang w:val="it-IT"/>
        </w:rPr>
      </w:pPr>
      <w:r w:rsidRPr="00753E99">
        <w:rPr>
          <w:lang w:val="it-IT"/>
        </w:rPr>
        <w:t>Settore di attività:</w:t>
      </w:r>
    </w:p>
    <w:p w:rsidR="00F95FC4" w:rsidRPr="00753E99" w:rsidRDefault="007B18F5">
      <w:pPr>
        <w:rPr>
          <w:lang w:val="it-IT"/>
        </w:rPr>
      </w:pPr>
      <w:r w:rsidRPr="00753E99">
        <w:rPr>
          <w:b/>
          <w:lang w:val="it-IT"/>
        </w:rPr>
        <w:t xml:space="preserve">☐ </w:t>
      </w:r>
      <w:r w:rsidRPr="00753E99">
        <w:rPr>
          <w:lang w:val="it-IT"/>
        </w:rPr>
        <w:t>commercio al dettaglio di vicinato</w:t>
      </w:r>
    </w:p>
    <w:p w:rsidR="00F95FC4" w:rsidRPr="00753E99" w:rsidRDefault="007B18F5">
      <w:pPr>
        <w:rPr>
          <w:lang w:val="it-IT"/>
        </w:rPr>
      </w:pPr>
      <w:r w:rsidRPr="00753E99">
        <w:rPr>
          <w:b/>
          <w:lang w:val="it-IT"/>
        </w:rPr>
        <w:t xml:space="preserve">☐ </w:t>
      </w:r>
      <w:r w:rsidRPr="00753E99">
        <w:rPr>
          <w:lang w:val="it-IT"/>
        </w:rPr>
        <w:t>somministrazione al pubblico di alimenti e bevande</w:t>
      </w:r>
    </w:p>
    <w:p w:rsidR="00F95FC4" w:rsidRPr="00753E99" w:rsidRDefault="007B18F5">
      <w:pPr>
        <w:rPr>
          <w:lang w:val="it-IT"/>
        </w:rPr>
      </w:pPr>
      <w:r w:rsidRPr="00753E99">
        <w:rPr>
          <w:b/>
          <w:lang w:val="it-IT"/>
        </w:rPr>
        <w:t xml:space="preserve">☐ </w:t>
      </w:r>
      <w:r w:rsidRPr="00753E99">
        <w:rPr>
          <w:lang w:val="it-IT"/>
        </w:rPr>
        <w:t>artigianato di servizio alla persona – specificare attività: ______________________________</w:t>
      </w:r>
    </w:p>
    <w:p w:rsidR="00753E99" w:rsidRDefault="00753E99">
      <w:pPr>
        <w:pStyle w:val="Titolo1"/>
        <w:rPr>
          <w:lang w:val="it-IT"/>
        </w:rPr>
      </w:pPr>
    </w:p>
    <w:p w:rsidR="00F95FC4" w:rsidRPr="00753E99" w:rsidRDefault="007B18F5">
      <w:pPr>
        <w:pStyle w:val="Titolo1"/>
        <w:rPr>
          <w:lang w:val="it-IT"/>
        </w:rPr>
      </w:pPr>
      <w:r w:rsidRPr="00753E99">
        <w:rPr>
          <w:lang w:val="it-IT"/>
        </w:rPr>
        <w:t>3. Sedi/unità locali interessate dagli investimenti</w:t>
      </w:r>
    </w:p>
    <w:p w:rsidR="00F95FC4" w:rsidRPr="00753E99" w:rsidRDefault="007B18F5">
      <w:pPr>
        <w:rPr>
          <w:lang w:val="it-IT"/>
        </w:rPr>
      </w:pPr>
      <w:r w:rsidRPr="00753E99">
        <w:rPr>
          <w:i/>
          <w:sz w:val="18"/>
          <w:lang w:val="it-IT"/>
        </w:rPr>
        <w:t>La medesima impresa presenta una sola domanda. Possono essere indicati investimenti riferiti a più sedi o unità locali ubicate nel Comune di Castel San Pietro Terme; il contributo resta unico per impresa.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2040"/>
        <w:gridCol w:w="2040"/>
        <w:gridCol w:w="2040"/>
        <w:gridCol w:w="2040"/>
        <w:gridCol w:w="2040"/>
      </w:tblGrid>
      <w:tr w:rsidR="00F95FC4">
        <w:trPr>
          <w:tblHeader/>
          <w:jc w:val="center"/>
        </w:trPr>
        <w:tc>
          <w:tcPr>
            <w:tcW w:w="2040" w:type="dxa"/>
            <w:shd w:val="clear" w:color="auto" w:fill="D9E1F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F95FC4" w:rsidRDefault="007B18F5">
            <w:pPr>
              <w:spacing w:after="0"/>
            </w:pPr>
            <w:r>
              <w:rPr>
                <w:b/>
                <w:sz w:val="16"/>
              </w:rPr>
              <w:t>N.</w:t>
            </w:r>
          </w:p>
        </w:tc>
        <w:tc>
          <w:tcPr>
            <w:tcW w:w="2040" w:type="dxa"/>
            <w:shd w:val="clear" w:color="auto" w:fill="D9E1F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F95FC4" w:rsidRDefault="007B18F5">
            <w:pPr>
              <w:spacing w:after="0"/>
            </w:pPr>
            <w:r>
              <w:rPr>
                <w:b/>
                <w:sz w:val="16"/>
              </w:rPr>
              <w:t>Sede / unità locale</w:t>
            </w:r>
          </w:p>
        </w:tc>
        <w:tc>
          <w:tcPr>
            <w:tcW w:w="2040" w:type="dxa"/>
            <w:shd w:val="clear" w:color="auto" w:fill="D9E1F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F95FC4" w:rsidRDefault="007B18F5">
            <w:pPr>
              <w:spacing w:after="0"/>
            </w:pPr>
            <w:r>
              <w:rPr>
                <w:b/>
                <w:sz w:val="16"/>
              </w:rPr>
              <w:t>Indirizzo</w:t>
            </w:r>
          </w:p>
        </w:tc>
        <w:tc>
          <w:tcPr>
            <w:tcW w:w="2040" w:type="dxa"/>
            <w:shd w:val="clear" w:color="auto" w:fill="D9E1F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F95FC4" w:rsidRDefault="007B18F5">
            <w:pPr>
              <w:spacing w:after="0"/>
            </w:pPr>
            <w:r>
              <w:rPr>
                <w:b/>
                <w:sz w:val="16"/>
              </w:rPr>
              <w:t>Insegna</w:t>
            </w:r>
          </w:p>
        </w:tc>
        <w:tc>
          <w:tcPr>
            <w:tcW w:w="2040" w:type="dxa"/>
            <w:shd w:val="clear" w:color="auto" w:fill="D9E1F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F95FC4" w:rsidRDefault="007B18F5">
            <w:pPr>
              <w:spacing w:after="0"/>
            </w:pPr>
            <w:r>
              <w:rPr>
                <w:b/>
                <w:sz w:val="16"/>
              </w:rPr>
              <w:t>Investimento candidato €</w:t>
            </w:r>
          </w:p>
        </w:tc>
      </w:tr>
      <w:tr w:rsidR="00F95FC4">
        <w:trPr>
          <w:jc w:val="center"/>
        </w:trPr>
        <w:tc>
          <w:tcPr>
            <w:tcW w:w="204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F95FC4" w:rsidRDefault="007B18F5">
            <w:pPr>
              <w:spacing w:after="0"/>
            </w:pPr>
            <w:r>
              <w:rPr>
                <w:sz w:val="16"/>
              </w:rPr>
              <w:t>1</w:t>
            </w:r>
          </w:p>
        </w:tc>
        <w:tc>
          <w:tcPr>
            <w:tcW w:w="204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F95FC4" w:rsidRDefault="00F95FC4">
            <w:pPr>
              <w:spacing w:after="0"/>
            </w:pPr>
          </w:p>
        </w:tc>
        <w:tc>
          <w:tcPr>
            <w:tcW w:w="204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F95FC4" w:rsidRDefault="00F95FC4">
            <w:pPr>
              <w:spacing w:after="0"/>
            </w:pPr>
          </w:p>
        </w:tc>
        <w:tc>
          <w:tcPr>
            <w:tcW w:w="204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F95FC4" w:rsidRDefault="00F95FC4">
            <w:pPr>
              <w:spacing w:after="0"/>
            </w:pPr>
          </w:p>
        </w:tc>
        <w:tc>
          <w:tcPr>
            <w:tcW w:w="204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F95FC4" w:rsidRDefault="00F95FC4">
            <w:pPr>
              <w:spacing w:after="0"/>
            </w:pPr>
          </w:p>
        </w:tc>
      </w:tr>
      <w:tr w:rsidR="00F95FC4">
        <w:trPr>
          <w:jc w:val="center"/>
        </w:trPr>
        <w:tc>
          <w:tcPr>
            <w:tcW w:w="204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F95FC4" w:rsidRDefault="007B18F5">
            <w:pPr>
              <w:spacing w:after="0"/>
            </w:pPr>
            <w:r>
              <w:rPr>
                <w:sz w:val="16"/>
              </w:rPr>
              <w:t>2</w:t>
            </w:r>
          </w:p>
        </w:tc>
        <w:tc>
          <w:tcPr>
            <w:tcW w:w="204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F95FC4" w:rsidRDefault="00F95FC4">
            <w:pPr>
              <w:spacing w:after="0"/>
            </w:pPr>
          </w:p>
        </w:tc>
        <w:tc>
          <w:tcPr>
            <w:tcW w:w="204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F95FC4" w:rsidRDefault="00F95FC4">
            <w:pPr>
              <w:spacing w:after="0"/>
            </w:pPr>
          </w:p>
        </w:tc>
        <w:tc>
          <w:tcPr>
            <w:tcW w:w="204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F95FC4" w:rsidRDefault="00F95FC4">
            <w:pPr>
              <w:spacing w:after="0"/>
            </w:pPr>
          </w:p>
        </w:tc>
        <w:tc>
          <w:tcPr>
            <w:tcW w:w="204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F95FC4" w:rsidRDefault="00F95FC4">
            <w:pPr>
              <w:spacing w:after="0"/>
            </w:pPr>
          </w:p>
        </w:tc>
      </w:tr>
      <w:tr w:rsidR="00F95FC4">
        <w:trPr>
          <w:jc w:val="center"/>
        </w:trPr>
        <w:tc>
          <w:tcPr>
            <w:tcW w:w="204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F95FC4" w:rsidRDefault="007B18F5">
            <w:pPr>
              <w:spacing w:after="0"/>
            </w:pPr>
            <w:r>
              <w:rPr>
                <w:sz w:val="16"/>
              </w:rPr>
              <w:t>3</w:t>
            </w:r>
          </w:p>
        </w:tc>
        <w:tc>
          <w:tcPr>
            <w:tcW w:w="204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F95FC4" w:rsidRDefault="00F95FC4">
            <w:pPr>
              <w:spacing w:after="0"/>
            </w:pPr>
          </w:p>
        </w:tc>
        <w:tc>
          <w:tcPr>
            <w:tcW w:w="204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F95FC4" w:rsidRDefault="00F95FC4">
            <w:pPr>
              <w:spacing w:after="0"/>
            </w:pPr>
          </w:p>
        </w:tc>
        <w:tc>
          <w:tcPr>
            <w:tcW w:w="204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F95FC4" w:rsidRDefault="00F95FC4">
            <w:pPr>
              <w:spacing w:after="0"/>
            </w:pPr>
          </w:p>
        </w:tc>
        <w:tc>
          <w:tcPr>
            <w:tcW w:w="204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F95FC4" w:rsidRDefault="00F95FC4">
            <w:pPr>
              <w:spacing w:after="0"/>
            </w:pPr>
          </w:p>
        </w:tc>
      </w:tr>
      <w:tr w:rsidR="00F95FC4">
        <w:trPr>
          <w:jc w:val="center"/>
        </w:trPr>
        <w:tc>
          <w:tcPr>
            <w:tcW w:w="204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F95FC4" w:rsidRDefault="007B18F5">
            <w:pPr>
              <w:spacing w:after="0"/>
            </w:pPr>
            <w:r>
              <w:rPr>
                <w:sz w:val="16"/>
              </w:rPr>
              <w:t>4</w:t>
            </w:r>
          </w:p>
        </w:tc>
        <w:tc>
          <w:tcPr>
            <w:tcW w:w="204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F95FC4" w:rsidRDefault="00F95FC4">
            <w:pPr>
              <w:spacing w:after="0"/>
            </w:pPr>
          </w:p>
        </w:tc>
        <w:tc>
          <w:tcPr>
            <w:tcW w:w="204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F95FC4" w:rsidRDefault="00F95FC4">
            <w:pPr>
              <w:spacing w:after="0"/>
            </w:pPr>
          </w:p>
        </w:tc>
        <w:tc>
          <w:tcPr>
            <w:tcW w:w="204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F95FC4" w:rsidRDefault="00F95FC4">
            <w:pPr>
              <w:spacing w:after="0"/>
            </w:pPr>
          </w:p>
        </w:tc>
        <w:tc>
          <w:tcPr>
            <w:tcW w:w="204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F95FC4" w:rsidRDefault="00F95FC4">
            <w:pPr>
              <w:spacing w:after="0"/>
            </w:pPr>
          </w:p>
        </w:tc>
      </w:tr>
    </w:tbl>
    <w:p w:rsidR="00F95FC4" w:rsidRDefault="007B18F5">
      <w:pPr>
        <w:pStyle w:val="Titolo1"/>
      </w:pPr>
      <w:r>
        <w:t>4. Progetto</w:t>
      </w:r>
    </w:p>
    <w:p w:rsidR="00F95FC4" w:rsidRDefault="007B18F5">
      <w:r>
        <w:t>Descrizione sintetica dell’intervento:</w:t>
      </w:r>
    </w:p>
    <w:p w:rsidR="00F95FC4" w:rsidRDefault="007B18F5">
      <w:r>
        <w:t>___________________________________________________________________________________________</w:t>
      </w:r>
    </w:p>
    <w:p w:rsidR="00F95FC4" w:rsidRDefault="007B18F5">
      <w:r>
        <w:t>___________________________________________________________________________________________</w:t>
      </w:r>
    </w:p>
    <w:p w:rsidR="00F95FC4" w:rsidRDefault="007B18F5">
      <w:r>
        <w:t>___________________________________________________________________________________________</w:t>
      </w:r>
    </w:p>
    <w:p w:rsidR="00F95FC4" w:rsidRDefault="007B18F5">
      <w:r>
        <w:t>___________________________________________________________________________________________</w:t>
      </w:r>
    </w:p>
    <w:p w:rsidR="00F95FC4" w:rsidRDefault="007B18F5">
      <w:r>
        <w:t>___________________________________________________________________________________________</w:t>
      </w:r>
    </w:p>
    <w:p w:rsidR="00753E99" w:rsidRDefault="00753E99">
      <w:pPr>
        <w:rPr>
          <w:lang w:val="it-IT"/>
        </w:rPr>
      </w:pPr>
    </w:p>
    <w:p w:rsidR="00F95FC4" w:rsidRPr="00753E99" w:rsidRDefault="007B18F5">
      <w:pPr>
        <w:rPr>
          <w:lang w:val="it-IT"/>
        </w:rPr>
      </w:pPr>
      <w:r w:rsidRPr="00753E99">
        <w:rPr>
          <w:lang w:val="it-IT"/>
        </w:rPr>
        <w:t>Spesa complessiva candidata (come da Allegato 2): € ______________________________</w:t>
      </w:r>
    </w:p>
    <w:p w:rsidR="00753E99" w:rsidRDefault="00753E99">
      <w:pPr>
        <w:pStyle w:val="Titolo1"/>
        <w:rPr>
          <w:lang w:val="it-IT"/>
        </w:rPr>
      </w:pPr>
    </w:p>
    <w:p w:rsidR="00F95FC4" w:rsidRPr="00753E99" w:rsidRDefault="007B18F5">
      <w:pPr>
        <w:pStyle w:val="Titolo1"/>
        <w:rPr>
          <w:lang w:val="it-IT"/>
        </w:rPr>
      </w:pPr>
      <w:r w:rsidRPr="00753E99">
        <w:rPr>
          <w:lang w:val="it-IT"/>
        </w:rPr>
        <w:t xml:space="preserve">5. Eventuale </w:t>
      </w:r>
      <w:proofErr w:type="spellStart"/>
      <w:r w:rsidRPr="00753E99">
        <w:rPr>
          <w:lang w:val="it-IT"/>
        </w:rPr>
        <w:t>premialità</w:t>
      </w:r>
      <w:proofErr w:type="spellEnd"/>
      <w:r w:rsidRPr="00753E99">
        <w:rPr>
          <w:lang w:val="it-IT"/>
        </w:rPr>
        <w:t xml:space="preserve"> per nuove aperture e nuovi insediamenti</w:t>
      </w:r>
    </w:p>
    <w:p w:rsidR="00F95FC4" w:rsidRPr="00753E99" w:rsidRDefault="007B18F5">
      <w:pPr>
        <w:rPr>
          <w:lang w:val="it-IT"/>
        </w:rPr>
      </w:pPr>
      <w:r w:rsidRPr="00753E99">
        <w:rPr>
          <w:b/>
          <w:lang w:val="it-IT"/>
        </w:rPr>
        <w:t xml:space="preserve">☐ </w:t>
      </w:r>
      <w:r w:rsidRPr="00753E99">
        <w:rPr>
          <w:lang w:val="it-IT"/>
        </w:rPr>
        <w:t xml:space="preserve">nessuna </w:t>
      </w:r>
      <w:proofErr w:type="spellStart"/>
      <w:r w:rsidRPr="00753E99">
        <w:rPr>
          <w:lang w:val="it-IT"/>
        </w:rPr>
        <w:t>premialità</w:t>
      </w:r>
      <w:proofErr w:type="spellEnd"/>
      <w:r w:rsidRPr="00753E99">
        <w:rPr>
          <w:lang w:val="it-IT"/>
        </w:rPr>
        <w:t xml:space="preserve"> richiesta</w:t>
      </w:r>
    </w:p>
    <w:p w:rsidR="00F95FC4" w:rsidRPr="00753E99" w:rsidRDefault="007B18F5">
      <w:pPr>
        <w:rPr>
          <w:lang w:val="it-IT"/>
        </w:rPr>
      </w:pPr>
      <w:r w:rsidRPr="00753E99">
        <w:rPr>
          <w:b/>
          <w:lang w:val="it-IT"/>
        </w:rPr>
        <w:t xml:space="preserve">☐ </w:t>
      </w:r>
      <w:r w:rsidRPr="00753E99">
        <w:rPr>
          <w:lang w:val="it-IT"/>
        </w:rPr>
        <w:t>nuova attività economica avviata nel territorio comunale nel 2026</w:t>
      </w:r>
    </w:p>
    <w:p w:rsidR="00F95FC4" w:rsidRPr="00753E99" w:rsidRDefault="007B18F5">
      <w:pPr>
        <w:rPr>
          <w:lang w:val="it-IT"/>
        </w:rPr>
      </w:pPr>
      <w:r w:rsidRPr="00753E99">
        <w:rPr>
          <w:b/>
          <w:lang w:val="it-IT"/>
        </w:rPr>
        <w:t xml:space="preserve">☐ </w:t>
      </w:r>
      <w:r w:rsidRPr="00753E99">
        <w:rPr>
          <w:lang w:val="it-IT"/>
        </w:rPr>
        <w:t>nuova unità locale aggiuntiva aperta nel territorio comunale nel 2026</w:t>
      </w:r>
    </w:p>
    <w:p w:rsidR="00F95FC4" w:rsidRPr="00753E99" w:rsidRDefault="007B18F5">
      <w:pPr>
        <w:rPr>
          <w:lang w:val="it-IT"/>
        </w:rPr>
      </w:pPr>
      <w:r w:rsidRPr="00753E99">
        <w:rPr>
          <w:b/>
          <w:lang w:val="it-IT"/>
        </w:rPr>
        <w:t>Data effettiva o prevista di avvio / apertura:</w:t>
      </w:r>
      <w:r w:rsidRPr="00753E99">
        <w:rPr>
          <w:lang w:val="it-IT"/>
        </w:rPr>
        <w:t xml:space="preserve"> _______________________________________________________</w:t>
      </w:r>
    </w:p>
    <w:p w:rsidR="00F95FC4" w:rsidRPr="00753E99" w:rsidRDefault="007B18F5">
      <w:pPr>
        <w:rPr>
          <w:lang w:val="it-IT"/>
        </w:rPr>
      </w:pPr>
      <w:r w:rsidRPr="00753E99">
        <w:rPr>
          <w:i/>
          <w:sz w:val="18"/>
          <w:lang w:val="it-IT"/>
        </w:rPr>
        <w:t xml:space="preserve">Per la </w:t>
      </w:r>
      <w:proofErr w:type="spellStart"/>
      <w:r w:rsidRPr="00753E99">
        <w:rPr>
          <w:i/>
          <w:sz w:val="18"/>
          <w:lang w:val="it-IT"/>
        </w:rPr>
        <w:t>premialità</w:t>
      </w:r>
      <w:proofErr w:type="spellEnd"/>
      <w:r w:rsidRPr="00753E99">
        <w:rPr>
          <w:i/>
          <w:sz w:val="18"/>
          <w:lang w:val="it-IT"/>
        </w:rPr>
        <w:t xml:space="preserve"> deve essere compilato anche l’Allegato 5. La </w:t>
      </w:r>
      <w:proofErr w:type="spellStart"/>
      <w:r w:rsidRPr="00753E99">
        <w:rPr>
          <w:i/>
          <w:sz w:val="18"/>
          <w:lang w:val="it-IT"/>
        </w:rPr>
        <w:t>premialità</w:t>
      </w:r>
      <w:proofErr w:type="spellEnd"/>
      <w:r w:rsidRPr="00753E99">
        <w:rPr>
          <w:i/>
          <w:sz w:val="18"/>
          <w:lang w:val="it-IT"/>
        </w:rPr>
        <w:t xml:space="preserve"> è riconoscibile soltanto al ricorrere delle condizioni previste dall’Avviso.</w:t>
      </w:r>
    </w:p>
    <w:p w:rsidR="00753E99" w:rsidRDefault="00753E99">
      <w:pPr>
        <w:pStyle w:val="Titolo1"/>
        <w:rPr>
          <w:lang w:val="it-IT"/>
        </w:rPr>
      </w:pPr>
    </w:p>
    <w:p w:rsidR="00F95FC4" w:rsidRPr="00753E99" w:rsidRDefault="007B18F5">
      <w:pPr>
        <w:pStyle w:val="Titolo1"/>
        <w:rPr>
          <w:lang w:val="it-IT"/>
        </w:rPr>
      </w:pPr>
      <w:r w:rsidRPr="00753E99">
        <w:rPr>
          <w:lang w:val="it-IT"/>
        </w:rPr>
        <w:t>6. Dichiarazioni</w:t>
      </w:r>
    </w:p>
    <w:p w:rsidR="00F95FC4" w:rsidRPr="00753E99" w:rsidRDefault="007B18F5" w:rsidP="00227984">
      <w:pPr>
        <w:jc w:val="both"/>
        <w:rPr>
          <w:lang w:val="it-IT"/>
        </w:rPr>
      </w:pPr>
      <w:r w:rsidRPr="00753E99">
        <w:rPr>
          <w:b/>
          <w:lang w:val="it-IT"/>
        </w:rPr>
        <w:t>Il/La sottoscritto/a, ai sensi degli artt. 46 e 47 del D.P.R. n. 445/2000, consapevole delle responsabilità e delle sanzioni previste dall’art. 76 del medesimo D.P.R., dichiara</w:t>
      </w:r>
      <w:r w:rsidR="00753E99">
        <w:rPr>
          <w:b/>
          <w:lang w:val="it-IT"/>
        </w:rPr>
        <w:t xml:space="preserve"> (barrare le caselle)</w:t>
      </w:r>
      <w:r w:rsidRPr="00753E99">
        <w:rPr>
          <w:b/>
          <w:lang w:val="it-IT"/>
        </w:rPr>
        <w:t>:</w:t>
      </w:r>
    </w:p>
    <w:p w:rsidR="00F95FC4" w:rsidRPr="00753E99" w:rsidRDefault="007B18F5" w:rsidP="00753E99">
      <w:pPr>
        <w:jc w:val="both"/>
        <w:rPr>
          <w:lang w:val="it-IT"/>
        </w:rPr>
      </w:pPr>
      <w:r w:rsidRPr="00753E99">
        <w:rPr>
          <w:b/>
          <w:lang w:val="it-IT"/>
        </w:rPr>
        <w:t xml:space="preserve">☐ </w:t>
      </w:r>
      <w:r w:rsidRPr="00753E99">
        <w:rPr>
          <w:lang w:val="it-IT"/>
        </w:rPr>
        <w:t xml:space="preserve">che l’impresa rientra nella categoria </w:t>
      </w:r>
      <w:proofErr w:type="gramStart"/>
      <w:r w:rsidRPr="00753E99">
        <w:rPr>
          <w:lang w:val="it-IT"/>
        </w:rPr>
        <w:t>delle micro</w:t>
      </w:r>
      <w:proofErr w:type="gramEnd"/>
      <w:r w:rsidRPr="00753E99">
        <w:rPr>
          <w:lang w:val="it-IT"/>
        </w:rPr>
        <w:t xml:space="preserve"> o piccole imprese ai sensi dell’Allegato I al Regolamento (UE) n. 651/2014;</w:t>
      </w:r>
    </w:p>
    <w:p w:rsidR="00F95FC4" w:rsidRPr="00753E99" w:rsidRDefault="007B18F5" w:rsidP="00753E99">
      <w:pPr>
        <w:jc w:val="both"/>
        <w:rPr>
          <w:lang w:val="it-IT"/>
        </w:rPr>
      </w:pPr>
      <w:r w:rsidRPr="00753E99">
        <w:rPr>
          <w:b/>
          <w:lang w:val="it-IT"/>
        </w:rPr>
        <w:t xml:space="preserve">☐ </w:t>
      </w:r>
      <w:r w:rsidRPr="00753E99">
        <w:rPr>
          <w:lang w:val="it-IT"/>
        </w:rPr>
        <w:t>che i dati camerali e le informazioni indicati nella presente domanda sono veritieri e aggiornati;</w:t>
      </w:r>
    </w:p>
    <w:p w:rsidR="00F95FC4" w:rsidRPr="00753E99" w:rsidRDefault="007B18F5" w:rsidP="00753E99">
      <w:pPr>
        <w:jc w:val="both"/>
        <w:rPr>
          <w:lang w:val="it-IT"/>
        </w:rPr>
      </w:pPr>
      <w:r w:rsidRPr="00753E99">
        <w:rPr>
          <w:b/>
          <w:lang w:val="it-IT"/>
        </w:rPr>
        <w:t xml:space="preserve">☐ </w:t>
      </w:r>
      <w:r w:rsidRPr="00753E99">
        <w:rPr>
          <w:lang w:val="it-IT"/>
        </w:rPr>
        <w:t>che le sedi e le unità locali oggetto degli investimenti sono ubicate nel Comune di Castel San Pietro Terme e rispettano i requisiti previsti dall’Avviso;</w:t>
      </w:r>
    </w:p>
    <w:p w:rsidR="00F95FC4" w:rsidRPr="00227984" w:rsidRDefault="007B18F5" w:rsidP="00753E99">
      <w:pPr>
        <w:jc w:val="both"/>
        <w:rPr>
          <w:spacing w:val="-4"/>
          <w:lang w:val="it-IT"/>
        </w:rPr>
      </w:pPr>
      <w:r w:rsidRPr="00227984">
        <w:rPr>
          <w:b/>
          <w:spacing w:val="-4"/>
          <w:lang w:val="it-IT"/>
        </w:rPr>
        <w:t xml:space="preserve">☐ </w:t>
      </w:r>
      <w:r w:rsidRPr="00227984">
        <w:rPr>
          <w:spacing w:val="-4"/>
          <w:lang w:val="it-IT"/>
        </w:rPr>
        <w:t>che l’impresa non si trova in stato di liquidazione né in procedure concorsuali incompatibili con la concessione del contributo;</w:t>
      </w:r>
    </w:p>
    <w:p w:rsidR="00F95FC4" w:rsidRPr="00753E99" w:rsidRDefault="007B18F5" w:rsidP="00753E99">
      <w:pPr>
        <w:jc w:val="both"/>
        <w:rPr>
          <w:lang w:val="it-IT"/>
        </w:rPr>
      </w:pPr>
      <w:r w:rsidRPr="00753E99">
        <w:rPr>
          <w:b/>
          <w:lang w:val="it-IT"/>
        </w:rPr>
        <w:t xml:space="preserve">☐ </w:t>
      </w:r>
      <w:r w:rsidRPr="00753E99">
        <w:rPr>
          <w:lang w:val="it-IT"/>
        </w:rPr>
        <w:t>di essere a conoscenza che saranno effettuate le verifiche sulla regolarità contributiva e sulle eventuali posizioni debitorie nei confronti del Comune, con applicazione delle conseguenze previste dalla normativa, dai regolamenti comunali e dall’Avviso;</w:t>
      </w:r>
    </w:p>
    <w:p w:rsidR="00F95FC4" w:rsidRPr="00753E99" w:rsidRDefault="007B18F5" w:rsidP="00753E99">
      <w:pPr>
        <w:jc w:val="both"/>
        <w:rPr>
          <w:lang w:val="it-IT"/>
        </w:rPr>
      </w:pPr>
      <w:r w:rsidRPr="00753E99">
        <w:rPr>
          <w:b/>
          <w:lang w:val="it-IT"/>
        </w:rPr>
        <w:t xml:space="preserve">☐ </w:t>
      </w:r>
      <w:r w:rsidRPr="00753E99">
        <w:rPr>
          <w:lang w:val="it-IT"/>
        </w:rPr>
        <w:t>di essere a conoscenza che, in presenza dei presupposti, i debiti patrimoniali comunali certi, liquidi ed esigibili possono essere compensati, in tutto o in parte, con il contributo spettante;</w:t>
      </w:r>
    </w:p>
    <w:p w:rsidR="00F95FC4" w:rsidRPr="00753E99" w:rsidRDefault="007B18F5" w:rsidP="00753E99">
      <w:pPr>
        <w:jc w:val="both"/>
        <w:rPr>
          <w:lang w:val="it-IT"/>
        </w:rPr>
      </w:pPr>
      <w:r w:rsidRPr="00753E99">
        <w:rPr>
          <w:b/>
          <w:lang w:val="it-IT"/>
        </w:rPr>
        <w:lastRenderedPageBreak/>
        <w:t xml:space="preserve">☐ </w:t>
      </w:r>
      <w:r w:rsidRPr="00753E99">
        <w:rPr>
          <w:lang w:val="it-IT"/>
        </w:rPr>
        <w:t>che per la presente impresa, identificata dal medesimo codice fiscale/partita IVA, è presentata una sola domanda a valere sull’Avviso 2026;</w:t>
      </w:r>
    </w:p>
    <w:p w:rsidR="00F95FC4" w:rsidRPr="00753E99" w:rsidRDefault="007B18F5" w:rsidP="00753E99">
      <w:pPr>
        <w:jc w:val="both"/>
        <w:rPr>
          <w:lang w:val="it-IT"/>
        </w:rPr>
      </w:pPr>
      <w:r w:rsidRPr="00753E99">
        <w:rPr>
          <w:b/>
          <w:lang w:val="it-IT"/>
        </w:rPr>
        <w:t xml:space="preserve">☐ </w:t>
      </w:r>
      <w:r w:rsidRPr="00753E99">
        <w:rPr>
          <w:lang w:val="it-IT"/>
        </w:rPr>
        <w:t>che le spese candidate non sono imputate contemporaneamente a più tipologie dell’Avviso e che l’eventuale cumulo con altri aiuti o contributi pubblici sarà dichiarato e avverrà esclusivamente nei limiti consentiti dalla normativa applicabile;</w:t>
      </w:r>
    </w:p>
    <w:p w:rsidR="00F95FC4" w:rsidRPr="00753E99" w:rsidRDefault="007B18F5" w:rsidP="00753E99">
      <w:pPr>
        <w:jc w:val="both"/>
        <w:rPr>
          <w:lang w:val="it-IT"/>
        </w:rPr>
      </w:pPr>
      <w:r w:rsidRPr="00753E99">
        <w:rPr>
          <w:b/>
          <w:lang w:val="it-IT"/>
        </w:rPr>
        <w:t xml:space="preserve">☐ </w:t>
      </w:r>
      <w:r w:rsidRPr="00753E99">
        <w:rPr>
          <w:lang w:val="it-IT"/>
        </w:rPr>
        <w:t xml:space="preserve">di essere a conoscenza che il contributo è concesso in regime «de </w:t>
      </w:r>
      <w:proofErr w:type="spellStart"/>
      <w:r w:rsidRPr="00753E99">
        <w:rPr>
          <w:lang w:val="it-IT"/>
        </w:rPr>
        <w:t>minimis</w:t>
      </w:r>
      <w:proofErr w:type="spellEnd"/>
      <w:r w:rsidRPr="00753E99">
        <w:rPr>
          <w:lang w:val="it-IT"/>
        </w:rPr>
        <w:t>» ai sensi del Regolamento (UE) 2023/2831 e che il Comune effettuerà le verifiche previste nel Registro Nazionale degli Aiuti di Stato;</w:t>
      </w:r>
    </w:p>
    <w:p w:rsidR="00F95FC4" w:rsidRPr="00753E99" w:rsidRDefault="007B18F5" w:rsidP="00753E99">
      <w:pPr>
        <w:jc w:val="both"/>
        <w:rPr>
          <w:lang w:val="it-IT"/>
        </w:rPr>
      </w:pPr>
      <w:r w:rsidRPr="00753E99">
        <w:rPr>
          <w:b/>
          <w:lang w:val="it-IT"/>
        </w:rPr>
        <w:t xml:space="preserve">☐ </w:t>
      </w:r>
      <w:r w:rsidRPr="00753E99">
        <w:rPr>
          <w:lang w:val="it-IT"/>
        </w:rPr>
        <w:t xml:space="preserve">di impegnarsi a comunicare tempestivamente eventuali aiuti «de </w:t>
      </w:r>
      <w:proofErr w:type="spellStart"/>
      <w:r w:rsidRPr="00753E99">
        <w:rPr>
          <w:lang w:val="it-IT"/>
        </w:rPr>
        <w:t>minimis</w:t>
      </w:r>
      <w:proofErr w:type="spellEnd"/>
      <w:r w:rsidRPr="00753E99">
        <w:rPr>
          <w:lang w:val="it-IT"/>
        </w:rPr>
        <w:t>» o altre circostanze rilevanti intervenute tra la presentazione della domanda e la concessione del contributo;</w:t>
      </w:r>
    </w:p>
    <w:p w:rsidR="00F95FC4" w:rsidRPr="00753E99" w:rsidRDefault="007B18F5" w:rsidP="00753E99">
      <w:pPr>
        <w:jc w:val="both"/>
        <w:rPr>
          <w:lang w:val="it-IT"/>
        </w:rPr>
      </w:pPr>
      <w:r w:rsidRPr="00753E99">
        <w:rPr>
          <w:b/>
          <w:lang w:val="it-IT"/>
        </w:rPr>
        <w:t xml:space="preserve">☐ </w:t>
      </w:r>
      <w:r w:rsidRPr="00753E99">
        <w:rPr>
          <w:lang w:val="it-IT"/>
        </w:rPr>
        <w:t>di accettare l’eventuale rideterminazione proporzionale del contributo qualora le risorse disponibili non siano sufficienti a soddisfare integralmente il fabbisogno delle domande ammesse;</w:t>
      </w:r>
    </w:p>
    <w:p w:rsidR="00F95FC4" w:rsidRPr="00753E99" w:rsidRDefault="007B18F5" w:rsidP="00753E99">
      <w:pPr>
        <w:jc w:val="both"/>
        <w:rPr>
          <w:lang w:val="it-IT"/>
        </w:rPr>
      </w:pPr>
      <w:r w:rsidRPr="00753E99">
        <w:rPr>
          <w:b/>
          <w:lang w:val="it-IT"/>
        </w:rPr>
        <w:t xml:space="preserve">☐ </w:t>
      </w:r>
      <w:r w:rsidRPr="00753E99">
        <w:rPr>
          <w:lang w:val="it-IT"/>
        </w:rPr>
        <w:t>di impegnarsi a realizzare e documentare gli interventi nei termini stabiliti dall’Avviso e a utilizzare modalità di pagamento tracciabili;</w:t>
      </w:r>
    </w:p>
    <w:p w:rsidR="00F95FC4" w:rsidRPr="00753E99" w:rsidRDefault="007B18F5" w:rsidP="00753E99">
      <w:pPr>
        <w:jc w:val="both"/>
        <w:rPr>
          <w:lang w:val="it-IT"/>
        </w:rPr>
      </w:pPr>
      <w:r w:rsidRPr="00753E99">
        <w:rPr>
          <w:b/>
          <w:lang w:val="it-IT"/>
        </w:rPr>
        <w:t xml:space="preserve">☐ </w:t>
      </w:r>
      <w:r w:rsidRPr="00753E99">
        <w:rPr>
          <w:lang w:val="it-IT"/>
        </w:rPr>
        <w:t>di autorizzare il Comune ad effettuare i controlli previsti dagli artt. 71 e 75 del D.P.R. n. 445/2000 e dalla normativa applicabile;</w:t>
      </w:r>
    </w:p>
    <w:p w:rsidR="00F95FC4" w:rsidRPr="00753E99" w:rsidRDefault="007B18F5" w:rsidP="00753E99">
      <w:pPr>
        <w:jc w:val="both"/>
        <w:rPr>
          <w:lang w:val="it-IT"/>
        </w:rPr>
      </w:pPr>
      <w:r w:rsidRPr="00753E99">
        <w:rPr>
          <w:b/>
          <w:lang w:val="it-IT"/>
        </w:rPr>
        <w:t xml:space="preserve">☐ </w:t>
      </w:r>
      <w:r w:rsidRPr="00753E99">
        <w:rPr>
          <w:lang w:val="it-IT"/>
        </w:rPr>
        <w:t>di aver preso visione dell’informativa sul trattamento dei dati personali allegata alla modulistica.</w:t>
      </w:r>
    </w:p>
    <w:p w:rsidR="00753E99" w:rsidRDefault="00753E99">
      <w:pPr>
        <w:pStyle w:val="Titolo1"/>
        <w:rPr>
          <w:lang w:val="it-IT"/>
        </w:rPr>
      </w:pPr>
    </w:p>
    <w:p w:rsidR="00F95FC4" w:rsidRPr="00753E99" w:rsidRDefault="007B18F5">
      <w:pPr>
        <w:pStyle w:val="Titolo1"/>
        <w:rPr>
          <w:lang w:val="it-IT"/>
        </w:rPr>
      </w:pPr>
      <w:r w:rsidRPr="00753E99">
        <w:rPr>
          <w:lang w:val="it-IT"/>
        </w:rPr>
        <w:t>7. Imprese di nuova apertura non ancora attive alla data della domanda</w:t>
      </w:r>
    </w:p>
    <w:p w:rsidR="00F95FC4" w:rsidRPr="00753E99" w:rsidRDefault="007B18F5">
      <w:pPr>
        <w:rPr>
          <w:lang w:val="it-IT"/>
        </w:rPr>
      </w:pPr>
      <w:r w:rsidRPr="00753E99">
        <w:rPr>
          <w:b/>
          <w:lang w:val="it-IT"/>
        </w:rPr>
        <w:t xml:space="preserve">☐ </w:t>
      </w:r>
      <w:r w:rsidRPr="00753E99">
        <w:rPr>
          <w:lang w:val="it-IT"/>
        </w:rPr>
        <w:t>NON RICORRE</w:t>
      </w:r>
    </w:p>
    <w:p w:rsidR="00F95FC4" w:rsidRPr="00753E99" w:rsidRDefault="007B18F5" w:rsidP="00753E99">
      <w:pPr>
        <w:jc w:val="both"/>
        <w:rPr>
          <w:lang w:val="it-IT"/>
        </w:rPr>
      </w:pPr>
      <w:r w:rsidRPr="00753E99">
        <w:rPr>
          <w:b/>
          <w:lang w:val="it-IT"/>
        </w:rPr>
        <w:t xml:space="preserve">☐ </w:t>
      </w:r>
      <w:r w:rsidRPr="00753E99">
        <w:rPr>
          <w:lang w:val="it-IT"/>
        </w:rPr>
        <w:t xml:space="preserve">RICORRE: l’impresa / unità locale non è ancora effettivamente avviata alla data della domanda e il richiedente si impegna a documentarne l’avvio entro il </w:t>
      </w:r>
      <w:bookmarkStart w:id="0" w:name="_GoBack"/>
      <w:r w:rsidRPr="00753E99">
        <w:rPr>
          <w:lang w:val="it-IT"/>
        </w:rPr>
        <w:t>31</w:t>
      </w:r>
      <w:bookmarkEnd w:id="0"/>
      <w:r w:rsidRPr="00753E99">
        <w:rPr>
          <w:lang w:val="it-IT"/>
        </w:rPr>
        <w:t>/</w:t>
      </w:r>
      <w:r w:rsidR="00753E99">
        <w:rPr>
          <w:lang w:val="it-IT"/>
        </w:rPr>
        <w:t>01/2027</w:t>
      </w:r>
      <w:r w:rsidRPr="00753E99">
        <w:rPr>
          <w:lang w:val="it-IT"/>
        </w:rPr>
        <w:t>, secondo quanto previsto dall’Avviso.</w:t>
      </w:r>
    </w:p>
    <w:p w:rsidR="00F95FC4" w:rsidRPr="00753E99" w:rsidRDefault="007B18F5">
      <w:pPr>
        <w:rPr>
          <w:lang w:val="it-IT"/>
        </w:rPr>
      </w:pPr>
      <w:r w:rsidRPr="00753E99">
        <w:rPr>
          <w:b/>
          <w:lang w:val="it-IT"/>
        </w:rPr>
        <w:t>Estremi di eventuale iscrizione/annotazione camerale, SCIA o altro titolo già disponibile:</w:t>
      </w:r>
      <w:r w:rsidRPr="00753E99">
        <w:rPr>
          <w:lang w:val="it-IT"/>
        </w:rPr>
        <w:t xml:space="preserve"> ___________________________________</w:t>
      </w:r>
    </w:p>
    <w:p w:rsidR="00753E99" w:rsidRDefault="00753E99">
      <w:pPr>
        <w:pStyle w:val="Titolo1"/>
        <w:rPr>
          <w:lang w:val="it-IT"/>
        </w:rPr>
      </w:pPr>
    </w:p>
    <w:p w:rsidR="00F95FC4" w:rsidRPr="00753E99" w:rsidRDefault="007B18F5">
      <w:pPr>
        <w:pStyle w:val="Titolo1"/>
        <w:rPr>
          <w:lang w:val="it-IT"/>
        </w:rPr>
      </w:pPr>
      <w:r w:rsidRPr="00753E99">
        <w:rPr>
          <w:lang w:val="it-IT"/>
        </w:rPr>
        <w:t>8. Coordinate per l’erogazione</w:t>
      </w:r>
    </w:p>
    <w:p w:rsidR="00F95FC4" w:rsidRPr="00753E99" w:rsidRDefault="007B18F5">
      <w:pPr>
        <w:rPr>
          <w:lang w:val="it-IT"/>
        </w:rPr>
      </w:pPr>
      <w:r w:rsidRPr="00753E99">
        <w:rPr>
          <w:b/>
          <w:lang w:val="it-IT"/>
        </w:rPr>
        <w:t>Intestatario del conto corrente:</w:t>
      </w:r>
      <w:r w:rsidRPr="00753E99">
        <w:rPr>
          <w:lang w:val="it-IT"/>
        </w:rPr>
        <w:t xml:space="preserve"> _______________________________________________________________</w:t>
      </w:r>
    </w:p>
    <w:p w:rsidR="00F95FC4" w:rsidRPr="00753E99" w:rsidRDefault="007B18F5">
      <w:pPr>
        <w:rPr>
          <w:lang w:val="it-IT"/>
        </w:rPr>
      </w:pPr>
      <w:r w:rsidRPr="00753E99">
        <w:rPr>
          <w:b/>
          <w:lang w:val="it-IT"/>
        </w:rPr>
        <w:t>Banca:</w:t>
      </w:r>
      <w:r w:rsidRPr="00753E99">
        <w:rPr>
          <w:lang w:val="it-IT"/>
        </w:rPr>
        <w:t xml:space="preserve"> ________________________</w:t>
      </w:r>
      <w:r w:rsidR="00227984">
        <w:rPr>
          <w:lang w:val="it-IT"/>
        </w:rPr>
        <w:t>___</w:t>
      </w:r>
      <w:r w:rsidRPr="00753E99">
        <w:rPr>
          <w:lang w:val="it-IT"/>
        </w:rPr>
        <w:t>________________________________________________________</w:t>
      </w:r>
    </w:p>
    <w:p w:rsidR="00F95FC4" w:rsidRPr="00753E99" w:rsidRDefault="007B18F5">
      <w:pPr>
        <w:rPr>
          <w:lang w:val="it-IT"/>
        </w:rPr>
      </w:pPr>
      <w:r w:rsidRPr="00753E99">
        <w:rPr>
          <w:b/>
          <w:lang w:val="it-IT"/>
        </w:rPr>
        <w:t>IBAN:</w:t>
      </w:r>
      <w:r w:rsidRPr="00753E99">
        <w:rPr>
          <w:lang w:val="it-IT"/>
        </w:rPr>
        <w:t xml:space="preserve"> ________________________________________________________________________________</w:t>
      </w:r>
    </w:p>
    <w:p w:rsidR="00753E99" w:rsidRDefault="00753E99">
      <w:pPr>
        <w:pStyle w:val="Titolo1"/>
        <w:rPr>
          <w:lang w:val="it-IT"/>
        </w:rPr>
      </w:pPr>
    </w:p>
    <w:p w:rsidR="00F95FC4" w:rsidRPr="00753E99" w:rsidRDefault="007B18F5">
      <w:pPr>
        <w:pStyle w:val="Titolo1"/>
        <w:rPr>
          <w:lang w:val="it-IT"/>
        </w:rPr>
      </w:pPr>
      <w:r w:rsidRPr="00753E99">
        <w:rPr>
          <w:lang w:val="it-IT"/>
        </w:rPr>
        <w:t>9. Imposta di bollo</w:t>
      </w:r>
    </w:p>
    <w:p w:rsidR="00F95FC4" w:rsidRPr="00227984" w:rsidRDefault="007B18F5" w:rsidP="00753E99">
      <w:pPr>
        <w:jc w:val="both"/>
        <w:rPr>
          <w:spacing w:val="-4"/>
          <w:lang w:val="it-IT"/>
        </w:rPr>
      </w:pPr>
      <w:r w:rsidRPr="00227984">
        <w:rPr>
          <w:spacing w:val="-4"/>
          <w:lang w:val="it-IT"/>
        </w:rPr>
        <w:t xml:space="preserve">Il richiedente dichiara di avere assolto l’imposta di bollo, ove dovuta, mediante contrassegno identificativo n. </w:t>
      </w:r>
      <w:r w:rsidR="00227984" w:rsidRPr="00227984">
        <w:rPr>
          <w:b/>
          <w:spacing w:val="-4"/>
          <w:lang w:val="it-IT"/>
        </w:rPr>
        <w:t>_______________________</w:t>
      </w:r>
      <w:r w:rsidR="00227984" w:rsidRPr="00227984">
        <w:rPr>
          <w:spacing w:val="-4"/>
          <w:lang w:val="it-IT"/>
        </w:rPr>
        <w:t xml:space="preserve"> emesso in data ___________</w:t>
      </w:r>
      <w:r w:rsidRPr="00227984">
        <w:rPr>
          <w:spacing w:val="-4"/>
          <w:lang w:val="it-IT"/>
        </w:rPr>
        <w:t>, annullato e conservato in originale per eventuali controlli.</w:t>
      </w:r>
    </w:p>
    <w:p w:rsidR="00F95FC4" w:rsidRPr="00753E99" w:rsidRDefault="007B18F5" w:rsidP="00753E99">
      <w:pPr>
        <w:jc w:val="both"/>
        <w:rPr>
          <w:lang w:val="it-IT"/>
        </w:rPr>
      </w:pPr>
      <w:r w:rsidRPr="00753E99">
        <w:rPr>
          <w:b/>
          <w:lang w:val="it-IT"/>
        </w:rPr>
        <w:t xml:space="preserve">☐ </w:t>
      </w:r>
      <w:r w:rsidRPr="00753E99">
        <w:rPr>
          <w:lang w:val="it-IT"/>
        </w:rPr>
        <w:t>Esente dall’imposta di bollo per il seguente motivo: ____________________________________________</w:t>
      </w:r>
    </w:p>
    <w:p w:rsidR="00753E99" w:rsidRDefault="00753E99">
      <w:pPr>
        <w:pStyle w:val="Titolo1"/>
        <w:rPr>
          <w:lang w:val="it-IT"/>
        </w:rPr>
      </w:pPr>
    </w:p>
    <w:p w:rsidR="00F95FC4" w:rsidRPr="00753E99" w:rsidRDefault="007B18F5">
      <w:pPr>
        <w:pStyle w:val="Titolo1"/>
        <w:rPr>
          <w:lang w:val="it-IT"/>
        </w:rPr>
      </w:pPr>
      <w:r w:rsidRPr="00753E99">
        <w:rPr>
          <w:lang w:val="it-IT"/>
        </w:rPr>
        <w:t>10. Allegati</w:t>
      </w:r>
    </w:p>
    <w:p w:rsidR="00F95FC4" w:rsidRPr="00753E99" w:rsidRDefault="007B18F5">
      <w:pPr>
        <w:rPr>
          <w:lang w:val="it-IT"/>
        </w:rPr>
      </w:pPr>
      <w:r w:rsidRPr="00753E99">
        <w:rPr>
          <w:b/>
          <w:lang w:val="it-IT"/>
        </w:rPr>
        <w:t xml:space="preserve">☐ </w:t>
      </w:r>
      <w:r w:rsidRPr="00753E99">
        <w:rPr>
          <w:lang w:val="it-IT"/>
        </w:rPr>
        <w:t>Allegato 2 – Prospetto riepilogativo dei costi, con preventivi e/o fatture;</w:t>
      </w:r>
    </w:p>
    <w:p w:rsidR="00F95FC4" w:rsidRPr="00753E99" w:rsidRDefault="007B18F5">
      <w:pPr>
        <w:rPr>
          <w:lang w:val="it-IT"/>
        </w:rPr>
      </w:pPr>
      <w:r w:rsidRPr="00753E99">
        <w:rPr>
          <w:b/>
          <w:lang w:val="it-IT"/>
        </w:rPr>
        <w:t xml:space="preserve">☐ </w:t>
      </w:r>
      <w:r w:rsidRPr="00753E99">
        <w:rPr>
          <w:lang w:val="it-IT"/>
        </w:rPr>
        <w:t>relazione sintetica sul progetto e sugli obiettivi dell’intervento;</w:t>
      </w:r>
    </w:p>
    <w:p w:rsidR="00F95FC4" w:rsidRPr="00753E99" w:rsidRDefault="007B18F5">
      <w:pPr>
        <w:rPr>
          <w:lang w:val="it-IT"/>
        </w:rPr>
      </w:pPr>
      <w:r w:rsidRPr="00753E99">
        <w:rPr>
          <w:b/>
          <w:lang w:val="it-IT"/>
        </w:rPr>
        <w:t xml:space="preserve">☐ </w:t>
      </w:r>
      <w:r w:rsidRPr="00753E99">
        <w:rPr>
          <w:lang w:val="it-IT"/>
        </w:rPr>
        <w:t>Allegato 3 – Procura speciale, se la domanda è sottoscritta/trasmessa da soggetto delegato;</w:t>
      </w:r>
    </w:p>
    <w:p w:rsidR="00F95FC4" w:rsidRPr="00753E99" w:rsidRDefault="007B18F5">
      <w:pPr>
        <w:rPr>
          <w:lang w:val="it-IT"/>
        </w:rPr>
      </w:pPr>
      <w:r w:rsidRPr="00753E99">
        <w:rPr>
          <w:b/>
          <w:lang w:val="it-IT"/>
        </w:rPr>
        <w:t xml:space="preserve">☐ </w:t>
      </w:r>
      <w:r w:rsidRPr="00753E99">
        <w:rPr>
          <w:lang w:val="it-IT"/>
        </w:rPr>
        <w:t>Allegato 4 – Dichiarazione relativa all’applicabilità della ritenuta d’acconto;</w:t>
      </w:r>
    </w:p>
    <w:p w:rsidR="00F95FC4" w:rsidRPr="00753E99" w:rsidRDefault="007B18F5">
      <w:pPr>
        <w:rPr>
          <w:lang w:val="it-IT"/>
        </w:rPr>
      </w:pPr>
      <w:r w:rsidRPr="00753E99">
        <w:rPr>
          <w:b/>
          <w:lang w:val="it-IT"/>
        </w:rPr>
        <w:t xml:space="preserve">☐ </w:t>
      </w:r>
      <w:r w:rsidRPr="00753E99">
        <w:rPr>
          <w:lang w:val="it-IT"/>
        </w:rPr>
        <w:t xml:space="preserve">Allegato 5 – Dichiarazione integrativa, se ricorrono interventi su sito internet e/o richiesta di </w:t>
      </w:r>
      <w:proofErr w:type="spellStart"/>
      <w:r w:rsidRPr="00753E99">
        <w:rPr>
          <w:lang w:val="it-IT"/>
        </w:rPr>
        <w:t>premialità</w:t>
      </w:r>
      <w:proofErr w:type="spellEnd"/>
      <w:r w:rsidRPr="00753E99">
        <w:rPr>
          <w:lang w:val="it-IT"/>
        </w:rPr>
        <w:t>;</w:t>
      </w:r>
    </w:p>
    <w:p w:rsidR="00F95FC4" w:rsidRPr="00753E99" w:rsidRDefault="007B18F5">
      <w:pPr>
        <w:rPr>
          <w:lang w:val="it-IT"/>
        </w:rPr>
      </w:pPr>
      <w:r w:rsidRPr="00753E99">
        <w:rPr>
          <w:b/>
          <w:lang w:val="it-IT"/>
        </w:rPr>
        <w:t xml:space="preserve">☐ </w:t>
      </w:r>
      <w:r w:rsidRPr="00753E99">
        <w:rPr>
          <w:lang w:val="it-IT"/>
        </w:rPr>
        <w:t>copia del documento di identità, se la domanda non è sottoscritta digitalmente;</w:t>
      </w:r>
    </w:p>
    <w:p w:rsidR="00F95FC4" w:rsidRDefault="007B18F5">
      <w:r>
        <w:rPr>
          <w:b/>
        </w:rPr>
        <w:t xml:space="preserve">☐ </w:t>
      </w:r>
      <w:proofErr w:type="spellStart"/>
      <w:proofErr w:type="gramStart"/>
      <w:r>
        <w:t>altra</w:t>
      </w:r>
      <w:proofErr w:type="spellEnd"/>
      <w:proofErr w:type="gramEnd"/>
      <w:r>
        <w:t xml:space="preserve"> </w:t>
      </w:r>
      <w:proofErr w:type="spellStart"/>
      <w:r>
        <w:t>documentazione</w:t>
      </w:r>
      <w:proofErr w:type="spellEnd"/>
      <w:r>
        <w:t>: _________________________________________________________________</w:t>
      </w:r>
    </w:p>
    <w:p w:rsidR="00F95FC4" w:rsidRDefault="00F95FC4"/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5100"/>
        <w:gridCol w:w="5100"/>
      </w:tblGrid>
      <w:tr w:rsidR="00F95FC4">
        <w:trPr>
          <w:jc w:val="center"/>
        </w:trPr>
        <w:tc>
          <w:tcPr>
            <w:tcW w:w="5100" w:type="dxa"/>
          </w:tcPr>
          <w:p w:rsidR="00F95FC4" w:rsidRDefault="007B18F5">
            <w:pPr>
              <w:jc w:val="center"/>
            </w:pPr>
            <w:r>
              <w:t>Luogo e data</w:t>
            </w:r>
            <w:r>
              <w:br/>
              <w:t>____________________________</w:t>
            </w:r>
          </w:p>
        </w:tc>
        <w:tc>
          <w:tcPr>
            <w:tcW w:w="5100" w:type="dxa"/>
          </w:tcPr>
          <w:p w:rsidR="00F95FC4" w:rsidRDefault="007B18F5">
            <w:pPr>
              <w:jc w:val="center"/>
            </w:pPr>
            <w:r>
              <w:t>Il Titolare / Legale rappresentante</w:t>
            </w:r>
            <w:r>
              <w:br/>
            </w:r>
            <w:r>
              <w:br/>
              <w:t>____________________________</w:t>
            </w:r>
          </w:p>
        </w:tc>
      </w:tr>
    </w:tbl>
    <w:p w:rsidR="00F95FC4" w:rsidRPr="00227984" w:rsidRDefault="00227984" w:rsidP="00227984">
      <w:pPr>
        <w:jc w:val="center"/>
        <w:rPr>
          <w:sz w:val="16"/>
          <w:szCs w:val="16"/>
          <w:lang w:val="it-IT"/>
        </w:rPr>
      </w:pPr>
      <w:r>
        <w:rPr>
          <w:i/>
          <w:sz w:val="16"/>
          <w:szCs w:val="16"/>
          <w:lang w:val="it-IT"/>
        </w:rPr>
        <w:t>L</w:t>
      </w:r>
      <w:r w:rsidR="007B18F5" w:rsidRPr="00227984">
        <w:rPr>
          <w:i/>
          <w:sz w:val="16"/>
          <w:szCs w:val="16"/>
          <w:lang w:val="it-IT"/>
        </w:rPr>
        <w:t>a domanda deve essere trasformata in PDF, sottoscritta e trasmessa via PEC a suap@pec.cspietro.it con l’oggetto indicato nell’Avviso 2026.</w:t>
      </w:r>
    </w:p>
    <w:sectPr w:rsidR="00F95FC4" w:rsidRPr="00227984" w:rsidSect="00227984">
      <w:pgSz w:w="12240" w:h="15840"/>
      <w:pgMar w:top="794" w:right="1021" w:bottom="794" w:left="102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27984"/>
    <w:rsid w:val="0029639D"/>
    <w:rsid w:val="002E4F2B"/>
    <w:rsid w:val="00326F90"/>
    <w:rsid w:val="00753E99"/>
    <w:rsid w:val="007B18F5"/>
    <w:rsid w:val="009D4673"/>
    <w:rsid w:val="00AA1D8D"/>
    <w:rsid w:val="00B47730"/>
    <w:rsid w:val="00CB0664"/>
    <w:rsid w:val="00F95FC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1C575E22-C600-4C1E-8E84-151DB41E0C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C693F"/>
    <w:pPr>
      <w:spacing w:after="80" w:line="240" w:lineRule="auto"/>
    </w:pPr>
    <w:rPr>
      <w:rFonts w:ascii="Arial" w:hAnsi="Arial"/>
      <w:sz w:val="20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12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12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before="120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28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CBCC4CA-A700-4401-A963-49901E62A8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1234</Words>
  <Characters>7036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8254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Barbara Emiliani</cp:lastModifiedBy>
  <cp:revision>7</cp:revision>
  <dcterms:created xsi:type="dcterms:W3CDTF">2013-12-23T23:15:00Z</dcterms:created>
  <dcterms:modified xsi:type="dcterms:W3CDTF">2026-10-13T12:29:00Z</dcterms:modified>
  <cp:category/>
</cp:coreProperties>
</file>