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5C5" w:rsidRPr="00E17B8B" w:rsidRDefault="00E17B8B">
      <w:pPr>
        <w:jc w:val="right"/>
        <w:rPr>
          <w:lang w:val="it-IT"/>
        </w:rPr>
      </w:pPr>
      <w:r w:rsidRPr="00E17B8B">
        <w:rPr>
          <w:b/>
          <w:sz w:val="18"/>
          <w:lang w:val="it-IT"/>
        </w:rPr>
        <w:t>ALLEGATO 2</w:t>
      </w:r>
    </w:p>
    <w:p w:rsidR="00F015C5" w:rsidRPr="00E17B8B" w:rsidRDefault="00E17B8B">
      <w:pPr>
        <w:jc w:val="center"/>
        <w:rPr>
          <w:lang w:val="it-IT"/>
        </w:rPr>
      </w:pPr>
      <w:r w:rsidRPr="00E17B8B">
        <w:rPr>
          <w:b/>
          <w:sz w:val="26"/>
          <w:lang w:val="it-IT"/>
        </w:rPr>
        <w:t>COMUNE DI CASTEL SAN PIETRO TERME</w:t>
      </w:r>
    </w:p>
    <w:p w:rsidR="00F015C5" w:rsidRPr="00E17B8B" w:rsidRDefault="00E17B8B">
      <w:pPr>
        <w:jc w:val="center"/>
        <w:rPr>
          <w:lang w:val="it-IT"/>
        </w:rPr>
      </w:pPr>
      <w:r w:rsidRPr="00E17B8B">
        <w:rPr>
          <w:b/>
          <w:lang w:val="it-IT"/>
        </w:rPr>
        <w:t>CITTÀ METROPOLITANA DI BOLOGNA</w:t>
      </w:r>
    </w:p>
    <w:p w:rsidR="00F015C5" w:rsidRPr="00E17B8B" w:rsidRDefault="00E17B8B">
      <w:pPr>
        <w:jc w:val="center"/>
        <w:rPr>
          <w:lang w:val="it-IT"/>
        </w:rPr>
      </w:pPr>
      <w:r w:rsidRPr="00E17B8B">
        <w:rPr>
          <w:sz w:val="18"/>
          <w:lang w:val="it-IT"/>
        </w:rPr>
        <w:t>AREA SERVIZI AMMINISTRATIVI – SERVIZIO PROMOZIONE DEL TERRITORIO / SUAP</w:t>
      </w:r>
    </w:p>
    <w:p w:rsidR="00F015C5" w:rsidRPr="00E17B8B" w:rsidRDefault="00E17B8B">
      <w:pPr>
        <w:jc w:val="center"/>
        <w:rPr>
          <w:lang w:val="it-IT"/>
        </w:rPr>
      </w:pPr>
      <w:r w:rsidRPr="00E17B8B">
        <w:rPr>
          <w:b/>
          <w:sz w:val="24"/>
          <w:lang w:val="it-IT"/>
        </w:rPr>
        <w:t>PROSPETTO RIEPILOGATIVO DEI COSTI – ANNO 2026</w:t>
      </w:r>
    </w:p>
    <w:p w:rsidR="00F015C5" w:rsidRPr="00E17B8B" w:rsidRDefault="00E17B8B">
      <w:pPr>
        <w:rPr>
          <w:lang w:val="it-IT"/>
        </w:rPr>
      </w:pPr>
      <w:r w:rsidRPr="00E17B8B">
        <w:rPr>
          <w:b/>
          <w:lang w:val="it-IT"/>
        </w:rPr>
        <w:t>DITTA / IMPRESA:</w:t>
      </w:r>
      <w:r w:rsidRPr="00E17B8B">
        <w:rPr>
          <w:lang w:val="it-IT"/>
        </w:rPr>
        <w:t xml:space="preserve"> __________________________________________________________________________________________</w:t>
      </w:r>
    </w:p>
    <w:p w:rsidR="00F015C5" w:rsidRDefault="00E17B8B">
      <w:r w:rsidRPr="00E17B8B">
        <w:rPr>
          <w:i/>
          <w:sz w:val="18"/>
          <w:lang w:val="it-IT"/>
        </w:rPr>
        <w:t xml:space="preserve">Indicare tutte le spese candidate, anche se riferite a sedi o unità locali diverse. </w:t>
      </w:r>
      <w:r>
        <w:rPr>
          <w:i/>
          <w:sz w:val="18"/>
        </w:rPr>
        <w:t xml:space="preserve">La </w:t>
      </w:r>
      <w:proofErr w:type="spellStart"/>
      <w:r>
        <w:rPr>
          <w:i/>
          <w:sz w:val="18"/>
        </w:rPr>
        <w:t>domanda</w:t>
      </w:r>
      <w:proofErr w:type="spellEnd"/>
      <w:r>
        <w:rPr>
          <w:i/>
          <w:sz w:val="18"/>
        </w:rPr>
        <w:t xml:space="preserve"> e </w:t>
      </w:r>
      <w:proofErr w:type="spellStart"/>
      <w:r>
        <w:rPr>
          <w:i/>
          <w:sz w:val="18"/>
        </w:rPr>
        <w:t>il</w:t>
      </w:r>
      <w:proofErr w:type="spellEnd"/>
      <w:r>
        <w:rPr>
          <w:i/>
          <w:sz w:val="18"/>
        </w:rPr>
        <w:t xml:space="preserve"> contributo restano unici per impresa.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871"/>
        <w:gridCol w:w="1871"/>
        <w:gridCol w:w="1134"/>
        <w:gridCol w:w="3515"/>
        <w:gridCol w:w="2268"/>
        <w:gridCol w:w="1531"/>
        <w:gridCol w:w="1757"/>
      </w:tblGrid>
      <w:tr w:rsidR="00F015C5" w:rsidRPr="00E17B8B">
        <w:trPr>
          <w:tblHeader/>
          <w:jc w:val="center"/>
        </w:trPr>
        <w:tc>
          <w:tcPr>
            <w:tcW w:w="567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b/>
                <w:sz w:val="15"/>
              </w:rPr>
              <w:t>N.</w:t>
            </w:r>
          </w:p>
        </w:tc>
        <w:tc>
          <w:tcPr>
            <w:tcW w:w="1871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b/>
                <w:sz w:val="15"/>
              </w:rPr>
              <w:t>Sede / unità locale</w:t>
            </w:r>
          </w:p>
        </w:tc>
        <w:tc>
          <w:tcPr>
            <w:tcW w:w="1871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Pr="00E17B8B" w:rsidRDefault="00E17B8B">
            <w:pPr>
              <w:spacing w:after="0"/>
              <w:rPr>
                <w:lang w:val="it-IT"/>
              </w:rPr>
            </w:pPr>
            <w:r w:rsidRPr="00E17B8B">
              <w:rPr>
                <w:b/>
                <w:sz w:val="15"/>
                <w:lang w:val="it-IT"/>
              </w:rPr>
              <w:t>Doc</w:t>
            </w:r>
            <w:r w:rsidRPr="00E17B8B">
              <w:rPr>
                <w:b/>
                <w:sz w:val="15"/>
                <w:lang w:val="it-IT"/>
              </w:rPr>
              <w:t>. (</w:t>
            </w:r>
            <w:proofErr w:type="spellStart"/>
            <w:r w:rsidRPr="00E17B8B">
              <w:rPr>
                <w:b/>
                <w:sz w:val="15"/>
                <w:lang w:val="it-IT"/>
              </w:rPr>
              <w:t>prev</w:t>
            </w:r>
            <w:proofErr w:type="spellEnd"/>
            <w:r w:rsidRPr="00E17B8B">
              <w:rPr>
                <w:b/>
                <w:sz w:val="15"/>
                <w:lang w:val="it-IT"/>
              </w:rPr>
              <w:t>./fatt.) n. e data</w:t>
            </w:r>
          </w:p>
        </w:tc>
        <w:tc>
          <w:tcPr>
            <w:tcW w:w="1134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proofErr w:type="spellStart"/>
            <w:r>
              <w:rPr>
                <w:b/>
                <w:sz w:val="15"/>
              </w:rPr>
              <w:t>Tipologia</w:t>
            </w:r>
            <w:proofErr w:type="spellEnd"/>
            <w:r>
              <w:rPr>
                <w:b/>
                <w:sz w:val="15"/>
              </w:rPr>
              <w:t xml:space="preserve"> art. 3</w:t>
            </w:r>
            <w:r>
              <w:rPr>
                <w:b/>
                <w:sz w:val="15"/>
              </w:rPr>
              <w:br/>
              <w:t>(1-5)</w:t>
            </w:r>
          </w:p>
        </w:tc>
        <w:tc>
          <w:tcPr>
            <w:tcW w:w="3515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b/>
                <w:sz w:val="15"/>
              </w:rPr>
              <w:t>Descrizione della spesa</w:t>
            </w:r>
          </w:p>
        </w:tc>
        <w:tc>
          <w:tcPr>
            <w:tcW w:w="2268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b/>
                <w:sz w:val="15"/>
              </w:rPr>
              <w:t>Fornitore</w:t>
            </w:r>
          </w:p>
        </w:tc>
        <w:tc>
          <w:tcPr>
            <w:tcW w:w="1531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b/>
                <w:sz w:val="15"/>
              </w:rPr>
              <w:t>Importo doc. €</w:t>
            </w:r>
          </w:p>
        </w:tc>
        <w:tc>
          <w:tcPr>
            <w:tcW w:w="1757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Pr="00E17B8B" w:rsidRDefault="00E17B8B">
            <w:pPr>
              <w:spacing w:after="0"/>
              <w:rPr>
                <w:lang w:val="it-IT"/>
              </w:rPr>
            </w:pPr>
            <w:r w:rsidRPr="00E17B8B">
              <w:rPr>
                <w:b/>
                <w:sz w:val="15"/>
                <w:lang w:val="it-IT"/>
              </w:rPr>
              <w:t>Importo candidato €</w:t>
            </w:r>
            <w:r w:rsidRPr="00E17B8B">
              <w:rPr>
                <w:b/>
                <w:sz w:val="15"/>
                <w:lang w:val="it-IT"/>
              </w:rPr>
              <w:br/>
              <w:t>(al netto IVA recuperabile)</w:t>
            </w: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3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4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5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6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7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8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9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10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11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12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13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14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15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>
        <w:trPr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16</w:t>
            </w: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35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F015C5">
            <w:pPr>
              <w:spacing w:after="0"/>
            </w:pPr>
          </w:p>
        </w:tc>
      </w:tr>
      <w:tr w:rsidR="00F015C5" w:rsidTr="00E17B8B">
        <w:trPr>
          <w:jc w:val="center"/>
        </w:trPr>
        <w:tc>
          <w:tcPr>
            <w:tcW w:w="12757" w:type="dxa"/>
            <w:gridSpan w:val="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TOTALE INVESTIMENTO CANDIDATO</w:t>
            </w:r>
          </w:p>
        </w:tc>
        <w:tc>
          <w:tcPr>
            <w:tcW w:w="17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015C5" w:rsidRDefault="00E17B8B">
            <w:pPr>
              <w:spacing w:after="0"/>
            </w:pPr>
            <w:r>
              <w:rPr>
                <w:sz w:val="15"/>
              </w:rPr>
              <w:t>€</w:t>
            </w:r>
          </w:p>
        </w:tc>
      </w:tr>
    </w:tbl>
    <w:p w:rsidR="00F015C5" w:rsidRDefault="00F015C5"/>
    <w:p w:rsidR="00F015C5" w:rsidRPr="00E17B8B" w:rsidRDefault="00E17B8B">
      <w:pPr>
        <w:rPr>
          <w:lang w:val="it-IT"/>
        </w:rPr>
      </w:pPr>
      <w:r w:rsidRPr="00E17B8B">
        <w:rPr>
          <w:i/>
          <w:sz w:val="18"/>
          <w:lang w:val="it-IT"/>
        </w:rPr>
        <w:t xml:space="preserve">Qualora una fattura comprenda spese riferite a più sedi/unità locali e la ripartizione non risulti dal documento fiscale, allegare una dichiarazione sostitutiva con </w:t>
      </w:r>
      <w:r w:rsidRPr="00E17B8B">
        <w:rPr>
          <w:i/>
          <w:sz w:val="18"/>
          <w:lang w:val="it-IT"/>
        </w:rPr>
        <w:t>l’imputazione analitica degli importi.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183"/>
        <w:gridCol w:w="7183"/>
      </w:tblGrid>
      <w:tr w:rsidR="00F015C5">
        <w:trPr>
          <w:jc w:val="center"/>
        </w:trPr>
        <w:tc>
          <w:tcPr>
            <w:tcW w:w="7183" w:type="dxa"/>
          </w:tcPr>
          <w:p w:rsidR="00F015C5" w:rsidRDefault="00E17B8B">
            <w:pPr>
              <w:jc w:val="center"/>
            </w:pPr>
            <w:proofErr w:type="spellStart"/>
            <w:r>
              <w:t>Luogo</w:t>
            </w:r>
            <w:proofErr w:type="spellEnd"/>
            <w:r>
              <w:t xml:space="preserve"> e data</w:t>
            </w:r>
            <w:r>
              <w:br/>
              <w:t>____________________________</w:t>
            </w:r>
          </w:p>
        </w:tc>
        <w:tc>
          <w:tcPr>
            <w:tcW w:w="7183" w:type="dxa"/>
          </w:tcPr>
          <w:p w:rsidR="00F015C5" w:rsidRDefault="00E17B8B" w:rsidP="00E17B8B">
            <w:pPr>
              <w:jc w:val="center"/>
            </w:pPr>
            <w:r>
              <w:t xml:space="preserve">Il Titolare / Legale </w:t>
            </w:r>
            <w:proofErr w:type="spellStart"/>
            <w:r>
              <w:t>rappresentante</w:t>
            </w:r>
            <w:proofErr w:type="spellEnd"/>
            <w:r>
              <w:br/>
              <w:t>____________________________</w:t>
            </w:r>
          </w:p>
        </w:tc>
      </w:tr>
    </w:tbl>
    <w:p w:rsidR="00E17B8B" w:rsidRDefault="00E17B8B" w:rsidP="00E17B8B">
      <w:bookmarkStart w:id="0" w:name="_GoBack"/>
      <w:bookmarkEnd w:id="0"/>
    </w:p>
    <w:sectPr w:rsidR="00E17B8B" w:rsidSect="00E17B8B">
      <w:pgSz w:w="15840" w:h="12240" w:orient="landscape"/>
      <w:pgMar w:top="680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17B8B"/>
    <w:rsid w:val="00F015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7174AF"/>
  <w14:defaultImageDpi w14:val="300"/>
  <w15:docId w15:val="{1ADD8B67-0783-46CF-9D67-5055747F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 w:line="240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2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5F3E4A-777F-4FF0-A020-2BD2C679C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Emiliani</cp:lastModifiedBy>
  <cp:revision>2</cp:revision>
  <dcterms:created xsi:type="dcterms:W3CDTF">2013-12-23T23:15:00Z</dcterms:created>
  <dcterms:modified xsi:type="dcterms:W3CDTF">2026-10-13T12:32:00Z</dcterms:modified>
  <cp:category/>
</cp:coreProperties>
</file>