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114" w:rsidRPr="00125D96" w:rsidRDefault="00814114" w:rsidP="00814114">
      <w:pPr>
        <w:spacing w:after="0"/>
        <w:jc w:val="center"/>
        <w:rPr>
          <w:rFonts w:asciiTheme="majorHAnsi" w:hAnsiTheme="majorHAnsi" w:cstheme="majorHAnsi"/>
          <w:b/>
          <w:bCs/>
        </w:rPr>
      </w:pPr>
      <w:r w:rsidRPr="00125D96">
        <w:rPr>
          <w:rFonts w:asciiTheme="majorHAnsi" w:hAnsiTheme="majorHAnsi" w:cstheme="majorHAnsi"/>
          <w:noProof/>
          <w:sz w:val="18"/>
          <w:lang w:val="it-IT" w:eastAsia="it-IT"/>
        </w:rPr>
        <w:drawing>
          <wp:inline distT="0" distB="0" distL="0" distR="0" wp14:anchorId="23E84F3D" wp14:editId="22349222">
            <wp:extent cx="716280" cy="868680"/>
            <wp:effectExtent l="0" t="0" r="762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114" w:rsidRPr="00125D96" w:rsidRDefault="00814114" w:rsidP="00814114">
      <w:pPr>
        <w:spacing w:after="0"/>
        <w:jc w:val="center"/>
        <w:rPr>
          <w:rFonts w:asciiTheme="majorHAnsi" w:hAnsiTheme="majorHAnsi" w:cstheme="majorHAnsi"/>
          <w:b/>
          <w:bCs/>
          <w:lang w:val="it-IT"/>
        </w:rPr>
      </w:pPr>
      <w:r w:rsidRPr="00125D96">
        <w:rPr>
          <w:rFonts w:asciiTheme="majorHAnsi" w:hAnsiTheme="majorHAnsi" w:cstheme="majorHAnsi"/>
          <w:b/>
          <w:bCs/>
          <w:lang w:val="it-IT"/>
        </w:rPr>
        <w:t>COMUNE DI CASTEL SAN PIETRO TERME</w:t>
      </w:r>
    </w:p>
    <w:p w:rsidR="00814114" w:rsidRPr="00125D96" w:rsidRDefault="00814114" w:rsidP="00814114">
      <w:pPr>
        <w:spacing w:after="0"/>
        <w:jc w:val="center"/>
        <w:rPr>
          <w:rFonts w:asciiTheme="majorHAnsi" w:hAnsiTheme="majorHAnsi" w:cstheme="majorHAnsi"/>
          <w:b/>
          <w:bCs/>
          <w:lang w:val="it-IT"/>
        </w:rPr>
      </w:pPr>
      <w:r w:rsidRPr="00125D96">
        <w:rPr>
          <w:rFonts w:asciiTheme="majorHAnsi" w:hAnsiTheme="majorHAnsi" w:cstheme="majorHAnsi"/>
          <w:b/>
          <w:bCs/>
          <w:lang w:val="it-IT"/>
        </w:rPr>
        <w:t>CITTA’ METROPOLITANA DI BOLOGNA</w:t>
      </w:r>
    </w:p>
    <w:p w:rsidR="00814114" w:rsidRPr="00125D96" w:rsidRDefault="00814114" w:rsidP="00814114">
      <w:pPr>
        <w:spacing w:after="0"/>
        <w:jc w:val="center"/>
        <w:rPr>
          <w:rFonts w:asciiTheme="majorHAnsi" w:hAnsiTheme="majorHAnsi" w:cstheme="majorHAnsi"/>
          <w:b/>
          <w:bCs/>
          <w:lang w:val="it-IT"/>
        </w:rPr>
      </w:pPr>
    </w:p>
    <w:p w:rsidR="00814114" w:rsidRPr="00753E99" w:rsidRDefault="00814114" w:rsidP="00814114">
      <w:pPr>
        <w:jc w:val="center"/>
        <w:rPr>
          <w:lang w:val="it-IT"/>
        </w:rPr>
      </w:pPr>
      <w:r w:rsidRPr="00753E99">
        <w:rPr>
          <w:sz w:val="18"/>
          <w:lang w:val="it-IT"/>
        </w:rPr>
        <w:t>AREA SERVIZI AMMINISTRATIVI – SERVIZIO PROMOZIONE DEL TERRITORIO / SUAP</w:t>
      </w:r>
    </w:p>
    <w:p w:rsidR="007D68D5" w:rsidRPr="00814114" w:rsidRDefault="003A2B45">
      <w:pPr>
        <w:jc w:val="center"/>
        <w:rPr>
          <w:lang w:val="it-IT"/>
        </w:rPr>
      </w:pPr>
      <w:r w:rsidRPr="00814114">
        <w:rPr>
          <w:b/>
          <w:sz w:val="24"/>
          <w:lang w:val="it-IT"/>
        </w:rPr>
        <w:t>PROCURA SPECIALE PER LA PRESENTAZIONE TELEMATICA DELLA DOMANDA</w:t>
      </w:r>
    </w:p>
    <w:p w:rsidR="007D68D5" w:rsidRPr="00814114" w:rsidRDefault="003A2B45">
      <w:pPr>
        <w:rPr>
          <w:lang w:val="it-IT"/>
        </w:rPr>
      </w:pPr>
      <w:r w:rsidRPr="00814114">
        <w:rPr>
          <w:b/>
          <w:lang w:val="it-IT"/>
        </w:rPr>
        <w:t xml:space="preserve">Avviso pubblico contributi alle imprese – </w:t>
      </w:r>
      <w:r w:rsidRPr="00814114">
        <w:rPr>
          <w:b/>
          <w:lang w:val="it-IT"/>
        </w:rPr>
        <w:t>anno 2026</w:t>
      </w:r>
    </w:p>
    <w:p w:rsidR="007D68D5" w:rsidRPr="00814114" w:rsidRDefault="003A2B45">
      <w:pPr>
        <w:pStyle w:val="Titolo1"/>
        <w:rPr>
          <w:lang w:val="it-IT"/>
        </w:rPr>
      </w:pPr>
      <w:r w:rsidRPr="00814114">
        <w:rPr>
          <w:lang w:val="it-IT"/>
        </w:rPr>
        <w:t>Delegante</w:t>
      </w:r>
    </w:p>
    <w:p w:rsidR="007D68D5" w:rsidRPr="00814114" w:rsidRDefault="003A2B45">
      <w:pPr>
        <w:rPr>
          <w:lang w:val="it-IT"/>
        </w:rPr>
      </w:pPr>
      <w:r w:rsidRPr="00814114">
        <w:rPr>
          <w:b/>
          <w:lang w:val="it-IT"/>
        </w:rPr>
        <w:t>Cognome e nome:</w:t>
      </w:r>
      <w:r w:rsidRPr="00814114">
        <w:rPr>
          <w:lang w:val="it-IT"/>
        </w:rPr>
        <w:t xml:space="preserve"> __________________________________</w:t>
      </w:r>
      <w:r w:rsidRPr="00814114">
        <w:rPr>
          <w:lang w:val="it-IT"/>
        </w:rPr>
        <w:t>_________________________________________</w:t>
      </w:r>
    </w:p>
    <w:p w:rsidR="007D68D5" w:rsidRPr="00814114" w:rsidRDefault="003A2B45">
      <w:pPr>
        <w:rPr>
          <w:lang w:val="it-IT"/>
        </w:rPr>
      </w:pPr>
      <w:r w:rsidRPr="00814114">
        <w:rPr>
          <w:b/>
          <w:lang w:val="it-IT"/>
        </w:rPr>
        <w:t>Codice fiscale:</w:t>
      </w:r>
      <w:r w:rsidRPr="00814114">
        <w:rPr>
          <w:lang w:val="it-IT"/>
        </w:rPr>
        <w:t xml:space="preserve"> ________________</w:t>
      </w:r>
      <w:r w:rsidR="00814114">
        <w:rPr>
          <w:lang w:val="it-IT"/>
        </w:rPr>
        <w:t>_</w:t>
      </w:r>
      <w:r w:rsidRPr="00814114">
        <w:rPr>
          <w:lang w:val="it-IT"/>
        </w:rPr>
        <w:t>_____________________________________________________________</w:t>
      </w:r>
    </w:p>
    <w:p w:rsidR="007D68D5" w:rsidRPr="00814114" w:rsidRDefault="003A2B45">
      <w:pPr>
        <w:rPr>
          <w:lang w:val="it-IT"/>
        </w:rPr>
      </w:pPr>
      <w:r w:rsidRPr="00814114">
        <w:rPr>
          <w:b/>
          <w:lang w:val="it-IT"/>
        </w:rPr>
        <w:t>in qualità di:</w:t>
      </w:r>
      <w:r w:rsidRPr="00814114">
        <w:rPr>
          <w:lang w:val="it-IT"/>
        </w:rPr>
        <w:t xml:space="preserve"> ___________________________</w:t>
      </w:r>
      <w:r w:rsidRPr="00814114">
        <w:rPr>
          <w:lang w:val="it-IT"/>
        </w:rPr>
        <w:t>_____________________________________________________</w:t>
      </w:r>
    </w:p>
    <w:p w:rsidR="007D68D5" w:rsidRPr="00814114" w:rsidRDefault="003A2B45">
      <w:pPr>
        <w:rPr>
          <w:lang w:val="it-IT"/>
        </w:rPr>
      </w:pPr>
      <w:r w:rsidRPr="00814114">
        <w:rPr>
          <w:b/>
          <w:lang w:val="it-IT"/>
        </w:rPr>
        <w:t>Denominazione impresa:</w:t>
      </w:r>
      <w:r w:rsidRPr="00814114">
        <w:rPr>
          <w:lang w:val="it-IT"/>
        </w:rPr>
        <w:t xml:space="preserve"> ________________________</w:t>
      </w:r>
      <w:r w:rsidR="00814114">
        <w:rPr>
          <w:lang w:val="it-IT"/>
        </w:rPr>
        <w:t>_</w:t>
      </w:r>
      <w:r w:rsidRPr="00814114">
        <w:rPr>
          <w:lang w:val="it-IT"/>
        </w:rPr>
        <w:t>____________________________________________</w:t>
      </w:r>
    </w:p>
    <w:p w:rsidR="007D68D5" w:rsidRPr="00814114" w:rsidRDefault="003A2B45">
      <w:pPr>
        <w:rPr>
          <w:lang w:val="it-IT"/>
        </w:rPr>
      </w:pPr>
      <w:r w:rsidRPr="00814114">
        <w:rPr>
          <w:b/>
          <w:lang w:val="it-IT"/>
        </w:rPr>
        <w:t>Partita IVA:</w:t>
      </w:r>
      <w:r w:rsidRPr="00814114">
        <w:rPr>
          <w:lang w:val="it-IT"/>
        </w:rPr>
        <w:t xml:space="preserve"> ________________________________________________________________________________</w:t>
      </w:r>
    </w:p>
    <w:p w:rsidR="007D68D5" w:rsidRPr="00814114" w:rsidRDefault="003A2B45">
      <w:pPr>
        <w:rPr>
          <w:lang w:val="it-IT"/>
        </w:rPr>
      </w:pPr>
      <w:r w:rsidRPr="00814114">
        <w:rPr>
          <w:b/>
          <w:lang w:val="it-IT"/>
        </w:rPr>
        <w:t>Codi</w:t>
      </w:r>
      <w:r w:rsidRPr="00814114">
        <w:rPr>
          <w:b/>
          <w:lang w:val="it-IT"/>
        </w:rPr>
        <w:t>ce fiscale impresa:</w:t>
      </w:r>
      <w:r w:rsidRPr="00814114">
        <w:rPr>
          <w:lang w:val="it-IT"/>
        </w:rPr>
        <w:t xml:space="preserve"> _____</w:t>
      </w:r>
      <w:r w:rsidRPr="00814114">
        <w:rPr>
          <w:lang w:val="it-IT"/>
        </w:rPr>
        <w:t>__________________________________________________________________</w:t>
      </w:r>
    </w:p>
    <w:p w:rsidR="007D68D5" w:rsidRPr="00814114" w:rsidRDefault="003A2B45">
      <w:pPr>
        <w:rPr>
          <w:lang w:val="it-IT"/>
        </w:rPr>
      </w:pPr>
      <w:r w:rsidRPr="00814114">
        <w:rPr>
          <w:lang w:val="it-IT"/>
        </w:rPr>
        <w:t>conferisce procura speciale a:</w:t>
      </w:r>
    </w:p>
    <w:p w:rsidR="00814114" w:rsidRDefault="00814114">
      <w:pPr>
        <w:pStyle w:val="Titolo1"/>
        <w:rPr>
          <w:lang w:val="it-IT"/>
        </w:rPr>
      </w:pPr>
    </w:p>
    <w:p w:rsidR="007D68D5" w:rsidRPr="00814114" w:rsidRDefault="003A2B45">
      <w:pPr>
        <w:pStyle w:val="Titolo1"/>
        <w:rPr>
          <w:lang w:val="it-IT"/>
        </w:rPr>
      </w:pPr>
      <w:r w:rsidRPr="00814114">
        <w:rPr>
          <w:lang w:val="it-IT"/>
        </w:rPr>
        <w:t>Delegato / intermediario</w:t>
      </w:r>
    </w:p>
    <w:p w:rsidR="007D68D5" w:rsidRPr="00814114" w:rsidRDefault="003A2B45">
      <w:pPr>
        <w:rPr>
          <w:lang w:val="it-IT"/>
        </w:rPr>
      </w:pPr>
      <w:r w:rsidRPr="00814114">
        <w:rPr>
          <w:b/>
          <w:lang w:val="it-IT"/>
        </w:rPr>
        <w:t>Cognome e nome:</w:t>
      </w:r>
      <w:r w:rsidRPr="00814114">
        <w:rPr>
          <w:lang w:val="it-IT"/>
        </w:rPr>
        <w:t xml:space="preserve"> _________________________</w:t>
      </w:r>
      <w:r w:rsidRPr="00814114">
        <w:rPr>
          <w:lang w:val="it-IT"/>
        </w:rPr>
        <w:t>__________________________________________________</w:t>
      </w:r>
    </w:p>
    <w:p w:rsidR="007D68D5" w:rsidRPr="00814114" w:rsidRDefault="003A2B45">
      <w:pPr>
        <w:rPr>
          <w:lang w:val="it-IT"/>
        </w:rPr>
      </w:pPr>
      <w:r w:rsidRPr="00814114">
        <w:rPr>
          <w:b/>
          <w:lang w:val="it-IT"/>
        </w:rPr>
        <w:t>Co</w:t>
      </w:r>
      <w:r w:rsidRPr="00814114">
        <w:rPr>
          <w:b/>
          <w:lang w:val="it-IT"/>
        </w:rPr>
        <w:t>dice fiscale:</w:t>
      </w:r>
      <w:r w:rsidRPr="00814114">
        <w:rPr>
          <w:lang w:val="it-IT"/>
        </w:rPr>
        <w:t xml:space="preserve"> ____________________</w:t>
      </w:r>
      <w:r w:rsidR="00814114">
        <w:rPr>
          <w:lang w:val="it-IT"/>
        </w:rPr>
        <w:t>_</w:t>
      </w:r>
      <w:r w:rsidRPr="00814114">
        <w:rPr>
          <w:lang w:val="it-IT"/>
        </w:rPr>
        <w:t>_________________________________________________________</w:t>
      </w:r>
    </w:p>
    <w:p w:rsidR="007D68D5" w:rsidRPr="00814114" w:rsidRDefault="003A2B45">
      <w:pPr>
        <w:rPr>
          <w:lang w:val="it-IT"/>
        </w:rPr>
      </w:pPr>
      <w:r w:rsidRPr="00814114">
        <w:rPr>
          <w:b/>
          <w:lang w:val="it-IT"/>
        </w:rPr>
        <w:t>Denominazione studio/intermediario:</w:t>
      </w:r>
      <w:r w:rsidRPr="00814114">
        <w:rPr>
          <w:lang w:val="it-IT"/>
        </w:rPr>
        <w:t xml:space="preserve"> ___________________________</w:t>
      </w:r>
      <w:r w:rsidRPr="00814114">
        <w:rPr>
          <w:lang w:val="it-IT"/>
        </w:rPr>
        <w:t>________________________________</w:t>
      </w:r>
    </w:p>
    <w:p w:rsidR="007D68D5" w:rsidRPr="00814114" w:rsidRDefault="003A2B45">
      <w:pPr>
        <w:rPr>
          <w:lang w:val="it-IT"/>
        </w:rPr>
      </w:pPr>
      <w:r w:rsidRPr="00814114">
        <w:rPr>
          <w:b/>
          <w:lang w:val="it-IT"/>
        </w:rPr>
        <w:t>Sede:</w:t>
      </w:r>
      <w:r w:rsidRPr="00814114">
        <w:rPr>
          <w:lang w:val="it-IT"/>
        </w:rPr>
        <w:t xml:space="preserve"> ______________________________________</w:t>
      </w:r>
      <w:r w:rsidRPr="00814114">
        <w:rPr>
          <w:lang w:val="it-IT"/>
        </w:rPr>
        <w:t>__________________________________________</w:t>
      </w:r>
    </w:p>
    <w:p w:rsidR="007D68D5" w:rsidRPr="00814114" w:rsidRDefault="003A2B45">
      <w:pPr>
        <w:rPr>
          <w:lang w:val="it-IT"/>
        </w:rPr>
      </w:pPr>
      <w:r w:rsidRPr="00814114">
        <w:rPr>
          <w:b/>
          <w:lang w:val="it-IT"/>
        </w:rPr>
        <w:t>Telefono:</w:t>
      </w:r>
      <w:r w:rsidRPr="00814114">
        <w:rPr>
          <w:lang w:val="it-IT"/>
        </w:rPr>
        <w:t xml:space="preserve"> ________________________________________________________________________________</w:t>
      </w:r>
    </w:p>
    <w:p w:rsidR="007D68D5" w:rsidRPr="00814114" w:rsidRDefault="003A2B45">
      <w:pPr>
        <w:rPr>
          <w:lang w:val="it-IT"/>
        </w:rPr>
      </w:pPr>
      <w:r w:rsidRPr="00814114">
        <w:rPr>
          <w:b/>
          <w:lang w:val="it-IT"/>
        </w:rPr>
        <w:t>E-mail:</w:t>
      </w:r>
      <w:r w:rsidRPr="00814114">
        <w:rPr>
          <w:lang w:val="it-IT"/>
        </w:rPr>
        <w:t xml:space="preserve"> ________________________________________________________________________________</w:t>
      </w:r>
    </w:p>
    <w:p w:rsidR="007D68D5" w:rsidRPr="00814114" w:rsidRDefault="003A2B45">
      <w:pPr>
        <w:rPr>
          <w:lang w:val="it-IT"/>
        </w:rPr>
      </w:pPr>
      <w:r w:rsidRPr="00814114">
        <w:rPr>
          <w:b/>
          <w:lang w:val="it-IT"/>
        </w:rPr>
        <w:t>PEC:</w:t>
      </w:r>
      <w:r w:rsidRPr="00814114">
        <w:rPr>
          <w:lang w:val="it-IT"/>
        </w:rPr>
        <w:t xml:space="preserve"> ____________________________</w:t>
      </w:r>
      <w:r w:rsidRPr="00814114">
        <w:rPr>
          <w:lang w:val="it-IT"/>
        </w:rPr>
        <w:t>____________________________________________________</w:t>
      </w:r>
    </w:p>
    <w:p w:rsidR="00814114" w:rsidRDefault="00814114">
      <w:pPr>
        <w:rPr>
          <w:b/>
          <w:lang w:val="it-IT"/>
        </w:rPr>
      </w:pPr>
    </w:p>
    <w:p w:rsidR="007D68D5" w:rsidRPr="00814114" w:rsidRDefault="003A2B45" w:rsidP="003A2B45">
      <w:pPr>
        <w:jc w:val="center"/>
        <w:rPr>
          <w:lang w:val="it-IT"/>
        </w:rPr>
      </w:pPr>
      <w:bookmarkStart w:id="0" w:name="_GoBack"/>
      <w:r w:rsidRPr="00814114">
        <w:rPr>
          <w:b/>
          <w:lang w:val="it-IT"/>
        </w:rPr>
        <w:t>OGGETTO DELLA PROCURA</w:t>
      </w:r>
    </w:p>
    <w:bookmarkEnd w:id="0"/>
    <w:p w:rsidR="007D68D5" w:rsidRPr="00814114" w:rsidRDefault="003A2B45" w:rsidP="00814114">
      <w:pPr>
        <w:jc w:val="both"/>
        <w:rPr>
          <w:lang w:val="it-IT"/>
        </w:rPr>
      </w:pPr>
      <w:r w:rsidRPr="00814114">
        <w:rPr>
          <w:lang w:val="it-IT"/>
        </w:rPr>
        <w:t>Il delegante conferisce procura speciale, ai sensi della normativa vigente e, per quanto applicabile, del D.P.R. n. 160/2010, per la sottoscrizione digitale e/o la trasmissione tele</w:t>
      </w:r>
      <w:r w:rsidRPr="00814114">
        <w:rPr>
          <w:lang w:val="it-IT"/>
        </w:rPr>
        <w:t>matica della domanda di partecipazione all’Avviso pubblico contributi alle imprese – anno 2026, dei relativi allegati e delle eventuali integrazioni richieste nel corso dell’istruttoria.</w:t>
      </w:r>
    </w:p>
    <w:p w:rsidR="007D68D5" w:rsidRPr="00814114" w:rsidRDefault="003A2B45" w:rsidP="00814114">
      <w:pPr>
        <w:jc w:val="both"/>
        <w:rPr>
          <w:lang w:val="it-IT"/>
        </w:rPr>
      </w:pPr>
      <w:r w:rsidRPr="00814114">
        <w:rPr>
          <w:b/>
          <w:lang w:val="it-IT"/>
        </w:rPr>
        <w:t>☐</w:t>
      </w:r>
      <w:r w:rsidRPr="00814114">
        <w:rPr>
          <w:b/>
          <w:lang w:val="it-IT"/>
        </w:rPr>
        <w:t xml:space="preserve"> </w:t>
      </w:r>
      <w:r w:rsidRPr="00814114">
        <w:rPr>
          <w:lang w:val="it-IT"/>
        </w:rPr>
        <w:t>Il delegato è autorizzato anche a ricevere le comunicazioni istrutt</w:t>
      </w:r>
      <w:r w:rsidRPr="00814114">
        <w:rPr>
          <w:lang w:val="it-IT"/>
        </w:rPr>
        <w:t>orie relative alla domanda all’indirizzo PEC sopra indicato.</w:t>
      </w:r>
    </w:p>
    <w:p w:rsidR="007D68D5" w:rsidRPr="00814114" w:rsidRDefault="003A2B45" w:rsidP="00814114">
      <w:pPr>
        <w:jc w:val="both"/>
        <w:rPr>
          <w:lang w:val="it-IT"/>
        </w:rPr>
      </w:pPr>
      <w:r w:rsidRPr="00814114">
        <w:rPr>
          <w:b/>
          <w:lang w:val="it-IT"/>
        </w:rPr>
        <w:t>☐</w:t>
      </w:r>
      <w:r w:rsidRPr="00814114">
        <w:rPr>
          <w:b/>
          <w:lang w:val="it-IT"/>
        </w:rPr>
        <w:t xml:space="preserve"> </w:t>
      </w:r>
      <w:r w:rsidRPr="00814114">
        <w:rPr>
          <w:lang w:val="it-IT"/>
        </w:rPr>
        <w:t>Le comunicazioni devono essere inviate esclusivamente alla PEC dell’impresa indicata nella domanda.</w:t>
      </w:r>
    </w:p>
    <w:p w:rsidR="007D68D5" w:rsidRPr="00814114" w:rsidRDefault="003A2B45" w:rsidP="00814114">
      <w:pPr>
        <w:jc w:val="both"/>
        <w:rPr>
          <w:lang w:val="it-IT"/>
        </w:rPr>
      </w:pPr>
      <w:r w:rsidRPr="00814114">
        <w:rPr>
          <w:i/>
          <w:sz w:val="18"/>
          <w:lang w:val="it-IT"/>
        </w:rPr>
        <w:t>L’esito finale della procedura sarà comunque comunicato secondo le modalità previste dall’Avv</w:t>
      </w:r>
      <w:r w:rsidRPr="00814114">
        <w:rPr>
          <w:i/>
          <w:sz w:val="18"/>
          <w:lang w:val="it-IT"/>
        </w:rPr>
        <w:t>iso.</w:t>
      </w:r>
    </w:p>
    <w:p w:rsidR="007D68D5" w:rsidRPr="00814114" w:rsidRDefault="007D68D5">
      <w:pPr>
        <w:rPr>
          <w:lang w:val="it-IT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0"/>
        <w:gridCol w:w="5100"/>
      </w:tblGrid>
      <w:tr w:rsidR="007D68D5">
        <w:trPr>
          <w:jc w:val="center"/>
        </w:trPr>
        <w:tc>
          <w:tcPr>
            <w:tcW w:w="5100" w:type="dxa"/>
          </w:tcPr>
          <w:p w:rsidR="007D68D5" w:rsidRDefault="003A2B45">
            <w:pPr>
              <w:jc w:val="center"/>
            </w:pPr>
            <w:proofErr w:type="spellStart"/>
            <w:r>
              <w:t>Luogo</w:t>
            </w:r>
            <w:proofErr w:type="spellEnd"/>
            <w:r>
              <w:t xml:space="preserve"> e data</w:t>
            </w:r>
            <w:r>
              <w:br/>
              <w:t>____________________________</w:t>
            </w:r>
          </w:p>
        </w:tc>
        <w:tc>
          <w:tcPr>
            <w:tcW w:w="5100" w:type="dxa"/>
          </w:tcPr>
          <w:p w:rsidR="007D68D5" w:rsidRDefault="003A2B45">
            <w:pPr>
              <w:jc w:val="center"/>
            </w:pPr>
            <w:r>
              <w:t>Il Titolare / Legale rappresentante</w:t>
            </w:r>
            <w:r>
              <w:br/>
            </w:r>
            <w:r>
              <w:br/>
              <w:t>____________________________</w:t>
            </w:r>
          </w:p>
        </w:tc>
      </w:tr>
    </w:tbl>
    <w:p w:rsidR="007D68D5" w:rsidRPr="00814114" w:rsidRDefault="003A2B45" w:rsidP="00814114">
      <w:pPr>
        <w:jc w:val="center"/>
        <w:rPr>
          <w:lang w:val="it-IT"/>
        </w:rPr>
      </w:pPr>
      <w:r w:rsidRPr="00814114">
        <w:rPr>
          <w:i/>
          <w:sz w:val="18"/>
          <w:lang w:val="it-IT"/>
        </w:rPr>
        <w:t>Se la procura non è sottoscritta digitalmente, allegare copia del documento di identità del delegante.</w:t>
      </w:r>
    </w:p>
    <w:sectPr w:rsidR="007D68D5" w:rsidRPr="00814114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2B45"/>
    <w:rsid w:val="00446CDD"/>
    <w:rsid w:val="007D68D5"/>
    <w:rsid w:val="0081411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493A10"/>
  <w14:defaultImageDpi w14:val="300"/>
  <w15:docId w15:val="{2C54921F-61BC-43ED-B3C0-1D13DFA54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80" w:line="240" w:lineRule="auto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before="12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9CC673-8B52-413F-99F0-E43828861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Barbara Emiliani</cp:lastModifiedBy>
  <cp:revision>4</cp:revision>
  <dcterms:created xsi:type="dcterms:W3CDTF">2013-12-23T23:15:00Z</dcterms:created>
  <dcterms:modified xsi:type="dcterms:W3CDTF">2026-10-05T16:06:00Z</dcterms:modified>
  <cp:category/>
</cp:coreProperties>
</file>