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5B" w:rsidRDefault="00D12D40">
      <w:pPr>
        <w:jc w:val="right"/>
      </w:pPr>
      <w:r>
        <w:rPr>
          <w:b/>
          <w:sz w:val="18"/>
        </w:rPr>
        <w:t>ALLEGATO 4</w:t>
      </w:r>
    </w:p>
    <w:p w:rsidR="00D12D40" w:rsidRPr="00125D96" w:rsidRDefault="00D12D40" w:rsidP="00D12D40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125D96">
        <w:rPr>
          <w:rFonts w:asciiTheme="majorHAnsi" w:hAnsiTheme="majorHAnsi" w:cstheme="majorHAnsi"/>
          <w:noProof/>
          <w:sz w:val="18"/>
          <w:lang w:val="it-IT" w:eastAsia="it-IT"/>
        </w:rPr>
        <w:drawing>
          <wp:inline distT="0" distB="0" distL="0" distR="0" wp14:anchorId="23E84F3D" wp14:editId="22349222">
            <wp:extent cx="716280" cy="868680"/>
            <wp:effectExtent l="0" t="0" r="762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D40" w:rsidRPr="00125D96" w:rsidRDefault="00D12D40" w:rsidP="00D12D40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COMUNE DI CASTEL SAN PIETRO TERME</w:t>
      </w:r>
    </w:p>
    <w:p w:rsidR="00D12D40" w:rsidRPr="00125D96" w:rsidRDefault="00D12D40" w:rsidP="00D12D40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  <w:r w:rsidRPr="00125D96">
        <w:rPr>
          <w:rFonts w:asciiTheme="majorHAnsi" w:hAnsiTheme="majorHAnsi" w:cstheme="majorHAnsi"/>
          <w:b/>
          <w:bCs/>
          <w:lang w:val="it-IT"/>
        </w:rPr>
        <w:t>CITTA’ METROPOLITANA DI BOLOGNA</w:t>
      </w:r>
    </w:p>
    <w:p w:rsidR="00D12D40" w:rsidRPr="00125D96" w:rsidRDefault="00D12D40" w:rsidP="00D12D40">
      <w:pPr>
        <w:spacing w:after="0"/>
        <w:jc w:val="center"/>
        <w:rPr>
          <w:rFonts w:asciiTheme="majorHAnsi" w:hAnsiTheme="majorHAnsi" w:cstheme="majorHAnsi"/>
          <w:b/>
          <w:bCs/>
          <w:lang w:val="it-IT"/>
        </w:rPr>
      </w:pPr>
    </w:p>
    <w:p w:rsidR="00D12D40" w:rsidRPr="00753E99" w:rsidRDefault="00D12D40" w:rsidP="00D12D40">
      <w:pPr>
        <w:jc w:val="center"/>
        <w:rPr>
          <w:lang w:val="it-IT"/>
        </w:rPr>
      </w:pPr>
      <w:r w:rsidRPr="00753E99">
        <w:rPr>
          <w:sz w:val="18"/>
          <w:lang w:val="it-IT"/>
        </w:rPr>
        <w:t>AREA SERVIZI AMMINISTRATIVI – SERVIZIO PROMOZIONE DEL TERRITORIO / SUAP</w:t>
      </w:r>
    </w:p>
    <w:p w:rsidR="00A8665B" w:rsidRPr="00D12D40" w:rsidRDefault="00D12D40">
      <w:pPr>
        <w:jc w:val="center"/>
        <w:rPr>
          <w:lang w:val="it-IT"/>
        </w:rPr>
      </w:pPr>
      <w:r w:rsidRPr="00D12D40">
        <w:rPr>
          <w:b/>
          <w:sz w:val="24"/>
          <w:lang w:val="it-IT"/>
        </w:rPr>
        <w:t>DICHIARAZIONE SULL’APPLICABILITÀ DELLA RITENUTA D’ACCONTO</w:t>
      </w:r>
    </w:p>
    <w:p w:rsidR="00A8665B" w:rsidRPr="00D12D40" w:rsidRDefault="00D12D40">
      <w:pPr>
        <w:jc w:val="center"/>
        <w:rPr>
          <w:lang w:val="it-IT"/>
        </w:rPr>
      </w:pPr>
      <w:r w:rsidRPr="00D12D40">
        <w:rPr>
          <w:i/>
          <w:lang w:val="it-IT"/>
        </w:rPr>
        <w:t xml:space="preserve">Art. 28, comma 2, D.P.R. 29 settembre 1973, n. </w:t>
      </w:r>
      <w:r w:rsidRPr="00D12D40">
        <w:rPr>
          <w:i/>
          <w:lang w:val="it-IT"/>
        </w:rPr>
        <w:t>600 – in ipotesi di concessione del contributo</w:t>
      </w:r>
    </w:p>
    <w:p w:rsidR="00D12D40" w:rsidRDefault="00D12D40">
      <w:pPr>
        <w:rPr>
          <w:b/>
          <w:lang w:val="it-IT"/>
        </w:rPr>
      </w:pP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DITTA / IMPRESA:</w:t>
      </w:r>
      <w:r w:rsidRPr="00D12D40">
        <w:rPr>
          <w:lang w:val="it-IT"/>
        </w:rPr>
        <w:t xml:space="preserve"> ________________________________________________________________________________</w:t>
      </w: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SEDE:</w:t>
      </w:r>
      <w:r w:rsidRPr="00D12D40">
        <w:rPr>
          <w:lang w:val="it-IT"/>
        </w:rPr>
        <w:t xml:space="preserve"> ___________________________</w:t>
      </w:r>
      <w:r w:rsidRPr="00D12D40">
        <w:rPr>
          <w:lang w:val="it-IT"/>
        </w:rPr>
        <w:t>_______________________________________________</w:t>
      </w: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CODICE FISCALE:</w:t>
      </w:r>
      <w:r w:rsidRPr="00D12D40">
        <w:rPr>
          <w:lang w:val="it-IT"/>
        </w:rPr>
        <w:t xml:space="preserve"> ________</w:t>
      </w:r>
      <w:r w:rsidRPr="00D12D40">
        <w:rPr>
          <w:lang w:val="it-IT"/>
        </w:rPr>
        <w:t>________________________________________________________________________</w:t>
      </w: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PARTITA IVA:</w:t>
      </w:r>
      <w:r w:rsidRPr="00D12D40">
        <w:rPr>
          <w:lang w:val="it-IT"/>
        </w:rPr>
        <w:t xml:space="preserve"> ________________________________________________________________________________</w:t>
      </w: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TITOLARE / LEGALE RAPPRESENTANTE:</w:t>
      </w:r>
      <w:r w:rsidRPr="00D12D40">
        <w:rPr>
          <w:lang w:val="it-IT"/>
        </w:rPr>
        <w:t xml:space="preserve"> _______________________________________________________</w:t>
      </w:r>
      <w:r w:rsidRPr="00D12D40">
        <w:rPr>
          <w:lang w:val="it-IT"/>
        </w:rPr>
        <w:t>_________________________</w:t>
      </w:r>
    </w:p>
    <w:p w:rsidR="00D12D40" w:rsidRDefault="00D12D40">
      <w:pPr>
        <w:rPr>
          <w:lang w:val="it-IT"/>
        </w:rPr>
      </w:pPr>
    </w:p>
    <w:p w:rsidR="00A8665B" w:rsidRPr="00D12D40" w:rsidRDefault="00D12D40" w:rsidP="00D12D40">
      <w:pPr>
        <w:jc w:val="center"/>
        <w:rPr>
          <w:b/>
          <w:lang w:val="it-IT"/>
        </w:rPr>
      </w:pPr>
      <w:r w:rsidRPr="00D12D40">
        <w:rPr>
          <w:b/>
          <w:lang w:val="it-IT"/>
        </w:rPr>
        <w:t>OGGETTO: contributo di cui all’Avviso pubblico contributi alle imprese – anno 2026.</w:t>
      </w:r>
    </w:p>
    <w:p w:rsidR="00A8665B" w:rsidRPr="00D12D40" w:rsidRDefault="00D12D40">
      <w:pPr>
        <w:rPr>
          <w:lang w:val="it-IT"/>
        </w:rPr>
      </w:pPr>
      <w:r w:rsidRPr="00D12D40">
        <w:rPr>
          <w:b/>
          <w:lang w:val="it-IT"/>
        </w:rPr>
        <w:t>Il/La sottoscritto/a, sotto la propria responsabilità, ai fini dell’applicazione della ritenuta prevista dall’art. 28, comma 2, del D.P.R. n. 600/</w:t>
      </w:r>
      <w:r w:rsidRPr="00D12D40">
        <w:rPr>
          <w:b/>
          <w:lang w:val="it-IT"/>
        </w:rPr>
        <w:t>1973, dichiara che, in caso di concessione e liquidazione del contributo:</w:t>
      </w:r>
    </w:p>
    <w:p w:rsidR="00A8665B" w:rsidRPr="00D12D40" w:rsidRDefault="00D12D40" w:rsidP="00D12D40">
      <w:pPr>
        <w:jc w:val="both"/>
        <w:rPr>
          <w:lang w:val="it-IT"/>
        </w:rPr>
      </w:pPr>
      <w:r w:rsidRPr="00D12D40">
        <w:rPr>
          <w:b/>
          <w:lang w:val="it-IT"/>
        </w:rPr>
        <w:t>☐</w:t>
      </w:r>
      <w:r w:rsidRPr="00D12D40">
        <w:rPr>
          <w:b/>
          <w:lang w:val="it-IT"/>
        </w:rPr>
        <w:t xml:space="preserve"> </w:t>
      </w:r>
      <w:r w:rsidRPr="00D12D40">
        <w:rPr>
          <w:lang w:val="it-IT"/>
        </w:rPr>
        <w:t>DEVE essere operata la ritenuta d’acconto del 4% sull’ammontare del contributo.</w:t>
      </w:r>
    </w:p>
    <w:p w:rsidR="00A8665B" w:rsidRPr="00D12D40" w:rsidRDefault="00D12D40" w:rsidP="00D12D40">
      <w:pPr>
        <w:jc w:val="both"/>
        <w:rPr>
          <w:lang w:val="it-IT"/>
        </w:rPr>
      </w:pPr>
      <w:r w:rsidRPr="00D12D40">
        <w:rPr>
          <w:b/>
          <w:lang w:val="it-IT"/>
        </w:rPr>
        <w:t>☐</w:t>
      </w:r>
      <w:r w:rsidRPr="00D12D40">
        <w:rPr>
          <w:b/>
          <w:lang w:val="it-IT"/>
        </w:rPr>
        <w:t xml:space="preserve"> </w:t>
      </w:r>
      <w:r w:rsidRPr="00D12D40">
        <w:rPr>
          <w:lang w:val="it-IT"/>
        </w:rPr>
        <w:t>NON DEVE essere operata la ritenuta d’acconto del 4% sull’ammontare del contributo, in quanto il c</w:t>
      </w:r>
      <w:r w:rsidRPr="00D12D40">
        <w:rPr>
          <w:lang w:val="it-IT"/>
        </w:rPr>
        <w:t>ontributo è destinato all’acquisto di beni strumentali e ricorrono i presupposti di esclusione previsti dalla normativa fiscale.</w:t>
      </w:r>
    </w:p>
    <w:p w:rsidR="00A8665B" w:rsidRPr="00D12D40" w:rsidRDefault="00D12D40" w:rsidP="00D12D40">
      <w:pPr>
        <w:jc w:val="both"/>
        <w:rPr>
          <w:lang w:val="it-IT"/>
        </w:rPr>
      </w:pPr>
      <w:r w:rsidRPr="00D12D40">
        <w:rPr>
          <w:lang w:val="it-IT"/>
        </w:rPr>
        <w:t>☐</w:t>
      </w:r>
      <w:r w:rsidRPr="00D12D40">
        <w:rPr>
          <w:lang w:val="it-IT"/>
        </w:rPr>
        <w:t xml:space="preserve"> NON DEVE essere operata la ritenuta d’acconto del 4% per la seguente diversa motivazione fiscale:</w:t>
      </w:r>
      <w:r w:rsidRPr="00D12D40">
        <w:rPr>
          <w:lang w:val="it-IT"/>
        </w:rPr>
        <w:br/>
        <w:t>Motivazione: ______________</w:t>
      </w:r>
      <w:r w:rsidRPr="00D12D40">
        <w:rPr>
          <w:lang w:val="it-IT"/>
        </w:rPr>
        <w:t>_____________</w:t>
      </w:r>
      <w:r>
        <w:rPr>
          <w:lang w:val="it-IT"/>
        </w:rPr>
        <w:t>_________</w:t>
      </w:r>
      <w:r w:rsidRPr="00D12D40">
        <w:rPr>
          <w:lang w:val="it-IT"/>
        </w:rPr>
        <w:t>_______________________________________________________</w:t>
      </w:r>
    </w:p>
    <w:p w:rsidR="00A8665B" w:rsidRPr="00D12D40" w:rsidRDefault="00A8665B">
      <w:pPr>
        <w:rPr>
          <w:lang w:val="it-IT"/>
        </w:rPr>
      </w:pPr>
    </w:p>
    <w:p w:rsidR="00A8665B" w:rsidRPr="00D12D40" w:rsidRDefault="00D12D40" w:rsidP="00D12D40">
      <w:pPr>
        <w:jc w:val="center"/>
        <w:rPr>
          <w:lang w:val="it-IT"/>
        </w:rPr>
      </w:pPr>
      <w:r w:rsidRPr="00D12D40">
        <w:rPr>
          <w:b/>
          <w:lang w:val="it-IT"/>
        </w:rPr>
        <w:t>DICHIARA INOLTRE</w:t>
      </w:r>
    </w:p>
    <w:p w:rsidR="00A8665B" w:rsidRPr="00D12D40" w:rsidRDefault="00D12D40" w:rsidP="00D12D40">
      <w:pPr>
        <w:jc w:val="both"/>
        <w:rPr>
          <w:lang w:val="it-IT"/>
        </w:rPr>
      </w:pPr>
      <w:r w:rsidRPr="00D12D40">
        <w:rPr>
          <w:lang w:val="it-IT"/>
        </w:rPr>
        <w:t xml:space="preserve">di assumersi la responsabilità della qualificazione fiscale dichiarata e di impegnarsi a comunicare tempestivamente al Comune qualsiasi variazione rilevante intervenuta </w:t>
      </w:r>
      <w:r w:rsidRPr="00D12D40">
        <w:rPr>
          <w:lang w:val="it-IT"/>
        </w:rPr>
        <w:t>prima della liquidazione.</w:t>
      </w:r>
    </w:p>
    <w:p w:rsidR="00A8665B" w:rsidRPr="00D12D40" w:rsidRDefault="00D12D40" w:rsidP="00D12D40">
      <w:pPr>
        <w:jc w:val="both"/>
        <w:rPr>
          <w:lang w:val="it-IT"/>
        </w:rPr>
      </w:pPr>
      <w:r w:rsidRPr="00D12D40">
        <w:rPr>
          <w:i/>
          <w:sz w:val="18"/>
          <w:lang w:val="it-IT"/>
        </w:rPr>
        <w:t>In caso di situazione fiscale non univoca, il Comune potrà richiedere chiarimenti o documentazione integrativa. La presente dichiarazione non sostituisce gli adempimenti fiscali posti dalla legge a carico del beneficiario.</w:t>
      </w:r>
    </w:p>
    <w:p w:rsidR="00A8665B" w:rsidRPr="00D12D40" w:rsidRDefault="00A8665B">
      <w:pPr>
        <w:rPr>
          <w:lang w:val="it-IT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100"/>
        <w:gridCol w:w="5100"/>
      </w:tblGrid>
      <w:tr w:rsidR="00A8665B">
        <w:trPr>
          <w:jc w:val="center"/>
        </w:trPr>
        <w:tc>
          <w:tcPr>
            <w:tcW w:w="5100" w:type="dxa"/>
          </w:tcPr>
          <w:p w:rsidR="00A8665B" w:rsidRDefault="00D12D40">
            <w:pPr>
              <w:jc w:val="center"/>
            </w:pPr>
            <w:proofErr w:type="spellStart"/>
            <w:r>
              <w:t>Luogo</w:t>
            </w:r>
            <w:proofErr w:type="spellEnd"/>
            <w:r>
              <w:t xml:space="preserve"> </w:t>
            </w:r>
            <w:r>
              <w:t>e data</w:t>
            </w:r>
            <w:r>
              <w:br/>
              <w:t>____________________________</w:t>
            </w:r>
          </w:p>
        </w:tc>
        <w:tc>
          <w:tcPr>
            <w:tcW w:w="5100" w:type="dxa"/>
          </w:tcPr>
          <w:p w:rsidR="00A8665B" w:rsidRDefault="00D12D40">
            <w:pPr>
              <w:jc w:val="center"/>
            </w:pPr>
            <w:r>
              <w:t>Il Titolare / Legale rappresentante</w:t>
            </w:r>
            <w:r>
              <w:br/>
            </w:r>
            <w:r>
              <w:br/>
              <w:t>____________________________</w:t>
            </w:r>
          </w:p>
        </w:tc>
      </w:tr>
    </w:tbl>
    <w:p w:rsidR="00D12D40" w:rsidRDefault="00D12D40">
      <w:pPr>
        <w:rPr>
          <w:i/>
          <w:sz w:val="18"/>
          <w:lang w:val="it-IT"/>
        </w:rPr>
      </w:pPr>
    </w:p>
    <w:p w:rsidR="00A8665B" w:rsidRPr="00D12D40" w:rsidRDefault="00D12D40" w:rsidP="00D12D40">
      <w:pPr>
        <w:jc w:val="center"/>
        <w:rPr>
          <w:lang w:val="it-IT"/>
        </w:rPr>
      </w:pPr>
      <w:bookmarkStart w:id="0" w:name="_GoBack"/>
      <w:r w:rsidRPr="00D12D40">
        <w:rPr>
          <w:i/>
          <w:sz w:val="18"/>
          <w:lang w:val="it-IT"/>
        </w:rPr>
        <w:t>Allegare copia del documento di identità se la dichiarazione non è sottoscritta digitalmente.</w:t>
      </w:r>
      <w:bookmarkEnd w:id="0"/>
    </w:p>
    <w:sectPr w:rsidR="00A8665B" w:rsidRPr="00D12D40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665B"/>
    <w:rsid w:val="00AA1D8D"/>
    <w:rsid w:val="00B47730"/>
    <w:rsid w:val="00CB0664"/>
    <w:rsid w:val="00D12D4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5283E6"/>
  <w14:defaultImageDpi w14:val="300"/>
  <w15:docId w15:val="{13A4828E-C18E-44D1-98C6-3E9FD78F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12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209D45-389F-41A1-8B08-02EFEC9FC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Emiliani</cp:lastModifiedBy>
  <cp:revision>2</cp:revision>
  <dcterms:created xsi:type="dcterms:W3CDTF">2013-12-23T23:15:00Z</dcterms:created>
  <dcterms:modified xsi:type="dcterms:W3CDTF">2026-10-05T16:08:00Z</dcterms:modified>
  <cp:category/>
</cp:coreProperties>
</file>